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FC802" w14:textId="77777777" w:rsidR="00911E13" w:rsidRDefault="00000000">
      <w:pPr>
        <w:spacing w:before="40" w:after="20"/>
      </w:pPr>
      <w:r>
        <w:rPr>
          <w:b/>
          <w:sz w:val="34"/>
        </w:rPr>
        <w:t>REGISTER OF BUSINESS AND PECUNIARY INTERESTS</w:t>
      </w:r>
    </w:p>
    <w:p w14:paraId="03E8B206" w14:textId="77777777" w:rsidR="00911E13" w:rsidRDefault="00000000">
      <w:pPr>
        <w:spacing w:after="140"/>
      </w:pPr>
      <w:r>
        <w:rPr>
          <w:color w:val="007A82"/>
          <w:sz w:val="19"/>
        </w:rPr>
        <w:t>Current register and retained historical record</w:t>
      </w:r>
    </w:p>
    <w:tbl>
      <w:tblPr>
        <w:tblW w:w="0" w:type="auto"/>
        <w:jc w:val="center"/>
        <w:tblLayout w:type="fixed"/>
        <w:tblLook w:val="04A0" w:firstRow="1" w:lastRow="0" w:firstColumn="1" w:lastColumn="0" w:noHBand="0" w:noVBand="1"/>
      </w:tblPr>
      <w:tblGrid>
        <w:gridCol w:w="3231"/>
        <w:gridCol w:w="3231"/>
        <w:gridCol w:w="8617"/>
      </w:tblGrid>
      <w:tr w:rsidR="00911E13" w14:paraId="2B805688" w14:textId="77777777">
        <w:trPr>
          <w:jc w:val="center"/>
        </w:trPr>
        <w:tc>
          <w:tcPr>
            <w:tcW w:w="3231" w:type="dxa"/>
            <w:tcBorders>
              <w:top w:val="single" w:sz="4" w:space="0" w:color="B9C3C7"/>
              <w:left w:val="single" w:sz="4" w:space="0" w:color="B9C3C7"/>
              <w:bottom w:val="single" w:sz="4" w:space="0" w:color="B9C3C7"/>
              <w:right w:val="single" w:sz="4" w:space="0" w:color="B9C3C7"/>
            </w:tcBorders>
            <w:shd w:val="clear" w:color="auto" w:fill="E2F3F4"/>
            <w:tcMar>
              <w:top w:w="85" w:type="dxa"/>
              <w:left w:w="115" w:type="dxa"/>
              <w:bottom w:w="85" w:type="dxa"/>
              <w:right w:w="115" w:type="dxa"/>
            </w:tcMar>
          </w:tcPr>
          <w:p w14:paraId="110233A0" w14:textId="77777777" w:rsidR="00911E13" w:rsidRDefault="00000000">
            <w:pPr>
              <w:spacing w:after="20"/>
            </w:pPr>
            <w:r>
              <w:rPr>
                <w:b/>
                <w:color w:val="007A82"/>
                <w:sz w:val="14"/>
              </w:rPr>
              <w:t>REGISTER UPDATED</w:t>
            </w:r>
          </w:p>
          <w:p w14:paraId="1C833162" w14:textId="77777777" w:rsidR="00911E13" w:rsidRDefault="00000000">
            <w:pPr>
              <w:spacing w:after="0"/>
            </w:pPr>
            <w:r>
              <w:rPr>
                <w:sz w:val="16"/>
              </w:rPr>
              <w:t>17 July 2026</w:t>
            </w:r>
          </w:p>
        </w:tc>
        <w:tc>
          <w:tcPr>
            <w:tcW w:w="3231" w:type="dxa"/>
            <w:tcBorders>
              <w:top w:val="single" w:sz="4" w:space="0" w:color="B9C3C7"/>
              <w:left w:val="single" w:sz="4" w:space="0" w:color="B9C3C7"/>
              <w:bottom w:val="single" w:sz="4" w:space="0" w:color="B9C3C7"/>
              <w:right w:val="single" w:sz="4" w:space="0" w:color="B9C3C7"/>
            </w:tcBorders>
            <w:shd w:val="clear" w:color="auto" w:fill="E2F3F4"/>
            <w:tcMar>
              <w:top w:w="85" w:type="dxa"/>
              <w:left w:w="115" w:type="dxa"/>
              <w:bottom w:w="85" w:type="dxa"/>
              <w:right w:w="115" w:type="dxa"/>
            </w:tcMar>
          </w:tcPr>
          <w:p w14:paraId="700A2F2D" w14:textId="77777777" w:rsidR="00911E13" w:rsidRDefault="00000000">
            <w:pPr>
              <w:spacing w:after="20"/>
            </w:pPr>
            <w:r>
              <w:rPr>
                <w:b/>
                <w:color w:val="007A82"/>
                <w:sz w:val="14"/>
              </w:rPr>
              <w:t>NEW DECLARATIONS DATED</w:t>
            </w:r>
          </w:p>
          <w:p w14:paraId="51C0C27D" w14:textId="77777777" w:rsidR="00911E13" w:rsidRDefault="00000000">
            <w:pPr>
              <w:spacing w:after="0"/>
            </w:pPr>
            <w:r>
              <w:rPr>
                <w:sz w:val="16"/>
              </w:rPr>
              <w:t>09 July 2026</w:t>
            </w:r>
          </w:p>
        </w:tc>
        <w:tc>
          <w:tcPr>
            <w:tcW w:w="8617" w:type="dxa"/>
            <w:tcBorders>
              <w:top w:val="single" w:sz="4" w:space="0" w:color="B9C3C7"/>
              <w:left w:val="single" w:sz="4" w:space="0" w:color="B9C3C7"/>
              <w:bottom w:val="single" w:sz="4" w:space="0" w:color="B9C3C7"/>
              <w:right w:val="single" w:sz="4" w:space="0" w:color="B9C3C7"/>
            </w:tcBorders>
            <w:shd w:val="clear" w:color="auto" w:fill="F5F7F8"/>
            <w:tcMar>
              <w:top w:w="85" w:type="dxa"/>
              <w:left w:w="115" w:type="dxa"/>
              <w:bottom w:w="85" w:type="dxa"/>
              <w:right w:w="115" w:type="dxa"/>
            </w:tcMar>
          </w:tcPr>
          <w:p w14:paraId="6AF21A09" w14:textId="77777777" w:rsidR="00911E13" w:rsidRDefault="00000000">
            <w:pPr>
              <w:spacing w:after="20"/>
            </w:pPr>
            <w:r>
              <w:rPr>
                <w:b/>
                <w:color w:val="007A82"/>
                <w:sz w:val="14"/>
              </w:rPr>
              <w:t>SCOPE</w:t>
            </w:r>
          </w:p>
          <w:p w14:paraId="64DDC94C" w14:textId="77777777" w:rsidR="00911E13" w:rsidRDefault="00000000">
            <w:pPr>
              <w:spacing w:after="0"/>
            </w:pPr>
            <w:r>
              <w:rPr>
                <w:sz w:val="16"/>
              </w:rPr>
              <w:t>Trustees, Members, central team and headteachers</w:t>
            </w:r>
          </w:p>
        </w:tc>
      </w:tr>
    </w:tbl>
    <w:p w14:paraId="758464C9" w14:textId="77777777" w:rsidR="00911E13" w:rsidRDefault="00911E13">
      <w:pPr>
        <w:spacing w:after="0"/>
      </w:pPr>
    </w:p>
    <w:p w14:paraId="731B7ADD" w14:textId="77777777" w:rsidR="00911E13" w:rsidRDefault="00000000">
      <w:pPr>
        <w:spacing w:after="100"/>
      </w:pPr>
      <w:r>
        <w:rPr>
          <w:color w:val="6B7478"/>
          <w:sz w:val="16"/>
        </w:rPr>
        <w:t>This register consolidates the Trust's current declaration records. Entries should be updated whenever an individual's circumstances change. Historical positions are retained in the appendices for reference.</w:t>
      </w:r>
    </w:p>
    <w:p w14:paraId="00455644" w14:textId="77777777" w:rsidR="00911E13" w:rsidRDefault="00000000">
      <w:pPr>
        <w:pStyle w:val="Heading1"/>
        <w:pBdr>
          <w:bottom w:val="single" w:sz="12" w:space="1" w:color="009CA6"/>
        </w:pBdr>
        <w:spacing w:before="160" w:after="80"/>
      </w:pPr>
      <w:r>
        <w:rPr>
          <w:rFonts w:ascii="Arial" w:hAnsi="Arial"/>
          <w:sz w:val="25"/>
        </w:rPr>
        <w:t>1. Current Trustees</w:t>
      </w:r>
    </w:p>
    <w:p w14:paraId="7F0B2A6B" w14:textId="77777777" w:rsidR="00911E13" w:rsidRDefault="00000000">
      <w:pPr>
        <w:keepNext/>
        <w:spacing w:after="80"/>
      </w:pPr>
      <w:r>
        <w:rPr>
          <w:color w:val="6B7478"/>
          <w:sz w:val="16"/>
        </w:rPr>
        <w:t>Current trustee declarations have been updated from the supplied GovernorHub register. Duplicate CEO and trustee records have been consolidated for readability.</w:t>
      </w:r>
    </w:p>
    <w:tbl>
      <w:tblPr>
        <w:tblW w:w="0" w:type="auto"/>
        <w:jc w:val="center"/>
        <w:tblLayout w:type="fixed"/>
        <w:tblLook w:val="04A0" w:firstRow="1" w:lastRow="0" w:firstColumn="1" w:lastColumn="0" w:noHBand="0" w:noVBand="1"/>
      </w:tblPr>
      <w:tblGrid>
        <w:gridCol w:w="3402"/>
        <w:gridCol w:w="2154"/>
        <w:gridCol w:w="9524"/>
      </w:tblGrid>
      <w:tr w:rsidR="00911E13" w14:paraId="0DD7ADDA" w14:textId="77777777">
        <w:trPr>
          <w:tblHeader/>
          <w:jc w:val="center"/>
        </w:trPr>
        <w:tc>
          <w:tcPr>
            <w:tcW w:w="3402"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6A674228" w14:textId="77777777" w:rsidR="00911E13" w:rsidRDefault="00000000">
            <w:pPr>
              <w:spacing w:after="0"/>
            </w:pPr>
            <w:r>
              <w:rPr>
                <w:b/>
                <w:color w:val="FFFFFF"/>
                <w:sz w:val="16"/>
              </w:rPr>
              <w:t>Name and appointment</w:t>
            </w:r>
          </w:p>
        </w:tc>
        <w:tc>
          <w:tcPr>
            <w:tcW w:w="2154" w:type="dxa"/>
            <w:tcBorders>
              <w:top w:val="single" w:sz="8" w:space="0" w:color="3D4548"/>
              <w:left w:val="single" w:sz="4" w:space="0" w:color="FFFFFF"/>
              <w:bottom w:val="single" w:sz="8" w:space="0" w:color="3D4548"/>
              <w:right w:val="single" w:sz="4" w:space="0" w:color="FFFFFF"/>
            </w:tcBorders>
            <w:shd w:val="clear" w:color="auto" w:fill="007A82"/>
            <w:tcMar>
              <w:top w:w="80" w:type="dxa"/>
              <w:left w:w="100" w:type="dxa"/>
              <w:bottom w:w="80" w:type="dxa"/>
              <w:right w:w="100" w:type="dxa"/>
            </w:tcMar>
          </w:tcPr>
          <w:p w14:paraId="1661E75A" w14:textId="77777777" w:rsidR="00911E13" w:rsidRDefault="00000000">
            <w:pPr>
              <w:spacing w:after="0"/>
              <w:jc w:val="center"/>
            </w:pPr>
            <w:r>
              <w:rPr>
                <w:b/>
                <w:color w:val="FFFFFF"/>
                <w:sz w:val="16"/>
              </w:rPr>
              <w:t>Declaration confirmed / updated</w:t>
            </w:r>
          </w:p>
        </w:tc>
        <w:tc>
          <w:tcPr>
            <w:tcW w:w="9524"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44F533F9" w14:textId="77777777" w:rsidR="00911E13" w:rsidRDefault="00000000">
            <w:pPr>
              <w:spacing w:after="0"/>
            </w:pPr>
            <w:r>
              <w:rPr>
                <w:b/>
                <w:color w:val="FFFFFF"/>
                <w:sz w:val="16"/>
              </w:rPr>
              <w:t>Interests declared</w:t>
            </w:r>
          </w:p>
        </w:tc>
      </w:tr>
      <w:tr w:rsidR="00911E13" w14:paraId="54B29190"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2635483B" w14:textId="77777777" w:rsidR="00911E13" w:rsidRDefault="00000000">
            <w:pPr>
              <w:spacing w:after="20"/>
            </w:pPr>
            <w:r>
              <w:rPr>
                <w:b/>
                <w:sz w:val="18"/>
              </w:rPr>
              <w:t>Eva Cerioni</w:t>
            </w:r>
          </w:p>
          <w:p w14:paraId="6520D693" w14:textId="77777777" w:rsidR="00911E13" w:rsidRDefault="00000000">
            <w:pPr>
              <w:spacing w:after="10"/>
            </w:pPr>
            <w:r>
              <w:rPr>
                <w:color w:val="007A82"/>
                <w:sz w:val="15"/>
              </w:rPr>
              <w:t>Co-opted Trustee</w:t>
            </w:r>
          </w:p>
          <w:p w14:paraId="37D4A8C2" w14:textId="77777777" w:rsidR="00911E13" w:rsidRDefault="00000000">
            <w:pPr>
              <w:spacing w:after="0"/>
            </w:pPr>
            <w:r>
              <w:rPr>
                <w:color w:val="6B7478"/>
                <w:sz w:val="14"/>
              </w:rPr>
              <w:t>Term of office: 15.10.2024 to 14.10.2028</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45AEEC5" w14:textId="77777777" w:rsidR="00911E13" w:rsidRDefault="00000000">
            <w:pPr>
              <w:spacing w:after="0"/>
              <w:jc w:val="center"/>
            </w:pPr>
            <w:r>
              <w:rPr>
                <w:sz w:val="15"/>
              </w:rPr>
              <w:t>02.09.2025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5F86E2AB" w14:textId="77777777" w:rsidR="00911E13" w:rsidRDefault="00000000">
            <w:pPr>
              <w:spacing w:after="0"/>
            </w:pPr>
            <w:r>
              <w:rPr>
                <w:i/>
                <w:color w:val="6B7478"/>
                <w:sz w:val="16"/>
              </w:rPr>
              <w:t>Nothing to declare</w:t>
            </w:r>
          </w:p>
        </w:tc>
      </w:tr>
      <w:tr w:rsidR="00911E13" w14:paraId="1E5FEDC1"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1871A2D" w14:textId="77777777" w:rsidR="00911E13" w:rsidRDefault="00000000">
            <w:pPr>
              <w:spacing w:after="20"/>
            </w:pPr>
            <w:r>
              <w:rPr>
                <w:b/>
                <w:sz w:val="18"/>
              </w:rPr>
              <w:t>Sam Compton</w:t>
            </w:r>
          </w:p>
          <w:p w14:paraId="17041A86" w14:textId="77777777" w:rsidR="00911E13" w:rsidRDefault="00000000">
            <w:pPr>
              <w:spacing w:after="10"/>
            </w:pPr>
            <w:r>
              <w:rPr>
                <w:color w:val="007A82"/>
                <w:sz w:val="15"/>
              </w:rPr>
              <w:t>Chief Executive Officer / Ex-officio Trustee</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37A48EB" w14:textId="77777777" w:rsidR="00911E13" w:rsidRDefault="00000000">
            <w:pPr>
              <w:spacing w:after="0"/>
              <w:jc w:val="center"/>
            </w:pPr>
            <w:r>
              <w:rPr>
                <w:sz w:val="15"/>
              </w:rPr>
              <w:t>Confirmed 11.11.2025</w:t>
            </w:r>
          </w:p>
          <w:p w14:paraId="554C28BA" w14:textId="77777777" w:rsidR="00911E13" w:rsidRDefault="00000000">
            <w:pPr>
              <w:spacing w:after="0"/>
              <w:jc w:val="center"/>
            </w:pPr>
            <w:r>
              <w:rPr>
                <w:b/>
                <w:color w:val="007A82"/>
                <w:sz w:val="15"/>
              </w:rPr>
              <w:t>Updated 09.07.2026</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5C33ABD" w14:textId="77777777" w:rsidR="00911E13" w:rsidRDefault="00000000">
            <w:pPr>
              <w:spacing w:after="24" w:line="240" w:lineRule="auto"/>
              <w:ind w:left="85" w:hanging="85"/>
            </w:pPr>
            <w:r>
              <w:rPr>
                <w:sz w:val="16"/>
              </w:rPr>
              <w:t>• Creative Learning Partnership Trust - Chief Executive Officer and ex-officio Trustee (from 04.01.2022).</w:t>
            </w:r>
          </w:p>
          <w:p w14:paraId="0DB15654" w14:textId="77777777" w:rsidR="00911E13" w:rsidRDefault="00000000">
            <w:pPr>
              <w:spacing w:after="24" w:line="240" w:lineRule="auto"/>
              <w:ind w:left="85" w:hanging="85"/>
            </w:pPr>
            <w:r>
              <w:rPr>
                <w:sz w:val="16"/>
              </w:rPr>
              <w:t>• The Golden Thread Teaching School Hub - member of the Strategic Board (from 01.07.2024).</w:t>
            </w:r>
          </w:p>
          <w:p w14:paraId="67499D0B" w14:textId="77777777" w:rsidR="00911E13" w:rsidRDefault="00000000">
            <w:pPr>
              <w:spacing w:after="24" w:line="240" w:lineRule="auto"/>
              <w:ind w:left="85" w:hanging="85"/>
            </w:pPr>
            <w:r>
              <w:rPr>
                <w:sz w:val="16"/>
              </w:rPr>
              <w:t>• St Bart's Trust - member of the Trustee Board.</w:t>
            </w:r>
          </w:p>
          <w:p w14:paraId="0E1AA89C" w14:textId="77777777" w:rsidR="00911E13" w:rsidRDefault="00000000">
            <w:pPr>
              <w:spacing w:after="24" w:line="240" w:lineRule="auto"/>
              <w:ind w:left="85" w:hanging="85"/>
            </w:pPr>
            <w:r>
              <w:rPr>
                <w:sz w:val="16"/>
              </w:rPr>
              <w:t>• Wife is a teacher at Green Lea Primary School.</w:t>
            </w:r>
          </w:p>
          <w:p w14:paraId="2FC31495" w14:textId="77777777" w:rsidR="00911E13" w:rsidRDefault="00000000">
            <w:pPr>
              <w:spacing w:after="24" w:line="240" w:lineRule="auto"/>
              <w:ind w:left="85" w:hanging="85"/>
            </w:pPr>
            <w:r>
              <w:rPr>
                <w:sz w:val="16"/>
              </w:rPr>
              <w:t>• Sister is a teacher at Green Lea Primary School and will move to Langdale Primary School in September 2026. Updated 09.07.2026.</w:t>
            </w:r>
          </w:p>
          <w:p w14:paraId="69F95C89" w14:textId="77777777" w:rsidR="00911E13" w:rsidRDefault="00000000">
            <w:pPr>
              <w:spacing w:after="24" w:line="240" w:lineRule="auto"/>
              <w:ind w:left="85" w:hanging="85"/>
            </w:pPr>
            <w:r>
              <w:rPr>
                <w:sz w:val="16"/>
              </w:rPr>
              <w:t>• Son works for Greenhall Nursery. Declared 09.07.2026.</w:t>
            </w:r>
          </w:p>
        </w:tc>
      </w:tr>
      <w:tr w:rsidR="00911E13" w14:paraId="430401CD"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6130D3DC" w14:textId="77777777" w:rsidR="00911E13" w:rsidRDefault="00000000">
            <w:pPr>
              <w:spacing w:after="20"/>
            </w:pPr>
            <w:r>
              <w:rPr>
                <w:b/>
                <w:sz w:val="18"/>
              </w:rPr>
              <w:t>Victoria Dalgarno</w:t>
            </w:r>
          </w:p>
          <w:p w14:paraId="293C9B74" w14:textId="77777777" w:rsidR="00911E13" w:rsidRDefault="00000000">
            <w:pPr>
              <w:spacing w:after="10"/>
            </w:pPr>
            <w:r>
              <w:rPr>
                <w:color w:val="007A82"/>
                <w:sz w:val="15"/>
              </w:rPr>
              <w:t>Co-opted Trustee</w:t>
            </w:r>
          </w:p>
          <w:p w14:paraId="152486A3" w14:textId="77777777" w:rsidR="00911E13" w:rsidRDefault="00000000">
            <w:pPr>
              <w:spacing w:after="0"/>
            </w:pPr>
            <w:r>
              <w:rPr>
                <w:color w:val="6B7478"/>
                <w:sz w:val="14"/>
              </w:rPr>
              <w:t>Term of office: 06.01.2023 to 06.01.2027</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54DD85B" w14:textId="77777777" w:rsidR="00911E13" w:rsidRDefault="00000000">
            <w:pPr>
              <w:spacing w:after="0"/>
              <w:jc w:val="center"/>
            </w:pPr>
            <w:r>
              <w:rPr>
                <w:sz w:val="15"/>
              </w:rPr>
              <w:t>29.09.2025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0671FD4B" w14:textId="77777777" w:rsidR="00911E13" w:rsidRDefault="00000000">
            <w:pPr>
              <w:spacing w:after="24" w:line="240" w:lineRule="auto"/>
              <w:ind w:left="85" w:hanging="85"/>
            </w:pPr>
            <w:r>
              <w:rPr>
                <w:sz w:val="16"/>
              </w:rPr>
              <w:t>• Dalgarno Consulting Ltd - Director/Owner.</w:t>
            </w:r>
          </w:p>
          <w:p w14:paraId="5E0EDEBE" w14:textId="77777777" w:rsidR="00911E13" w:rsidRDefault="00000000">
            <w:pPr>
              <w:spacing w:after="24" w:line="240" w:lineRule="auto"/>
              <w:ind w:left="85" w:hanging="85"/>
            </w:pPr>
            <w:r>
              <w:rPr>
                <w:sz w:val="16"/>
              </w:rPr>
              <w:t>• Hempstalls Primary School PSFA - Trustee.</w:t>
            </w:r>
          </w:p>
          <w:p w14:paraId="7B83F736" w14:textId="77777777" w:rsidR="00911E13" w:rsidRDefault="00000000">
            <w:pPr>
              <w:spacing w:after="24" w:line="240" w:lineRule="auto"/>
              <w:ind w:left="85" w:hanging="85"/>
            </w:pPr>
            <w:r>
              <w:rPr>
                <w:sz w:val="16"/>
              </w:rPr>
              <w:t>• Newcastle-under-Lyme School - Employee.</w:t>
            </w:r>
          </w:p>
          <w:p w14:paraId="10AFCACE" w14:textId="77777777" w:rsidR="00911E13" w:rsidRDefault="00000000">
            <w:pPr>
              <w:spacing w:after="24" w:line="240" w:lineRule="auto"/>
              <w:ind w:left="85" w:hanging="85"/>
            </w:pPr>
            <w:r>
              <w:rPr>
                <w:sz w:val="16"/>
              </w:rPr>
              <w:t>• Parent of a pupil attending Hempstalls Primary School.</w:t>
            </w:r>
          </w:p>
        </w:tc>
      </w:tr>
      <w:tr w:rsidR="00911E13" w14:paraId="25DDFFDD"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0BC5DB76" w14:textId="77777777" w:rsidR="00911E13" w:rsidRDefault="00000000">
            <w:pPr>
              <w:spacing w:after="20"/>
            </w:pPr>
            <w:r>
              <w:rPr>
                <w:b/>
                <w:sz w:val="18"/>
              </w:rPr>
              <w:t>Peter Ford</w:t>
            </w:r>
          </w:p>
          <w:p w14:paraId="4080E402" w14:textId="77777777" w:rsidR="00911E13" w:rsidRDefault="00000000">
            <w:pPr>
              <w:spacing w:after="10"/>
            </w:pPr>
            <w:r>
              <w:rPr>
                <w:color w:val="007A82"/>
                <w:sz w:val="15"/>
              </w:rPr>
              <w:t>Co-opted Trustee</w:t>
            </w:r>
          </w:p>
          <w:p w14:paraId="2BB7E5AA" w14:textId="77777777" w:rsidR="00911E13" w:rsidRDefault="00000000">
            <w:pPr>
              <w:spacing w:after="0"/>
            </w:pPr>
            <w:r>
              <w:rPr>
                <w:color w:val="6B7478"/>
                <w:sz w:val="14"/>
              </w:rPr>
              <w:t>Term of office: 15.12.2022 to 14.12.2026</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8F2626E" w14:textId="77777777" w:rsidR="00911E13" w:rsidRDefault="00000000">
            <w:pPr>
              <w:spacing w:after="0"/>
              <w:jc w:val="center"/>
            </w:pPr>
            <w:r>
              <w:rPr>
                <w:sz w:val="15"/>
              </w:rPr>
              <w:t>18.09.2025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5B6EE3B" w14:textId="77777777" w:rsidR="00911E13" w:rsidRDefault="00000000">
            <w:pPr>
              <w:spacing w:after="0"/>
            </w:pPr>
            <w:r>
              <w:rPr>
                <w:i/>
                <w:color w:val="6B7478"/>
                <w:sz w:val="16"/>
              </w:rPr>
              <w:t>Nothing to declare</w:t>
            </w:r>
          </w:p>
        </w:tc>
      </w:tr>
      <w:tr w:rsidR="00911E13" w14:paraId="292903D7"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50AD7E20" w14:textId="77777777" w:rsidR="00911E13" w:rsidRDefault="00000000">
            <w:pPr>
              <w:spacing w:after="20"/>
            </w:pPr>
            <w:r>
              <w:rPr>
                <w:b/>
                <w:sz w:val="18"/>
              </w:rPr>
              <w:t>Michael Getty</w:t>
            </w:r>
          </w:p>
          <w:p w14:paraId="2ACC7E59" w14:textId="77777777" w:rsidR="00911E13" w:rsidRDefault="00000000">
            <w:pPr>
              <w:spacing w:after="10"/>
            </w:pPr>
            <w:r>
              <w:rPr>
                <w:color w:val="007A82"/>
                <w:sz w:val="15"/>
              </w:rPr>
              <w:t>Co-opted Trustee</w:t>
            </w:r>
          </w:p>
          <w:p w14:paraId="0217E551" w14:textId="77777777" w:rsidR="00911E13" w:rsidRDefault="00000000">
            <w:pPr>
              <w:spacing w:after="0"/>
            </w:pPr>
            <w:r>
              <w:rPr>
                <w:color w:val="6B7478"/>
                <w:sz w:val="14"/>
              </w:rPr>
              <w:t>Term of office: 13.07.2023 to 12.07.2027</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69C504C1" w14:textId="77777777" w:rsidR="00911E13" w:rsidRDefault="00000000">
            <w:pPr>
              <w:spacing w:after="0"/>
              <w:jc w:val="center"/>
            </w:pPr>
            <w:r>
              <w:rPr>
                <w:sz w:val="15"/>
              </w:rPr>
              <w:t>09.06.2025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6544006" w14:textId="77777777" w:rsidR="00911E13" w:rsidRDefault="00000000">
            <w:pPr>
              <w:spacing w:after="24" w:line="240" w:lineRule="auto"/>
              <w:ind w:left="85" w:hanging="85"/>
            </w:pPr>
            <w:r>
              <w:rPr>
                <w:sz w:val="16"/>
              </w:rPr>
              <w:t>• Newcastle-under-Lyme School - employed as Head (from 01.09.2018).</w:t>
            </w:r>
          </w:p>
        </w:tc>
      </w:tr>
      <w:tr w:rsidR="00911E13" w14:paraId="4426AA13"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5852AE5" w14:textId="77777777" w:rsidR="00911E13" w:rsidRDefault="00000000">
            <w:pPr>
              <w:spacing w:after="20"/>
            </w:pPr>
            <w:r>
              <w:rPr>
                <w:b/>
                <w:sz w:val="18"/>
              </w:rPr>
              <w:t>Charles Gordon-Creed</w:t>
            </w:r>
          </w:p>
          <w:p w14:paraId="00CB5A3A" w14:textId="77777777" w:rsidR="00911E13" w:rsidRDefault="00000000">
            <w:pPr>
              <w:spacing w:after="10"/>
            </w:pPr>
            <w:r>
              <w:rPr>
                <w:color w:val="007A82"/>
                <w:sz w:val="15"/>
              </w:rPr>
              <w:t>Co-opted Trustee</w:t>
            </w:r>
          </w:p>
          <w:p w14:paraId="14511E0B" w14:textId="77777777" w:rsidR="00911E13" w:rsidRDefault="00000000">
            <w:pPr>
              <w:spacing w:after="0"/>
            </w:pPr>
            <w:r>
              <w:rPr>
                <w:color w:val="6B7478"/>
                <w:sz w:val="14"/>
              </w:rPr>
              <w:t>Term of office: 21.11.2024 to 20.11.2028</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06FA3D9B" w14:textId="77777777" w:rsidR="00911E13" w:rsidRDefault="00000000">
            <w:pPr>
              <w:spacing w:after="0"/>
              <w:jc w:val="center"/>
            </w:pPr>
            <w:r>
              <w:rPr>
                <w:sz w:val="15"/>
              </w:rPr>
              <w:t>29.09.2025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91A055D" w14:textId="77777777" w:rsidR="00911E13" w:rsidRDefault="00000000">
            <w:pPr>
              <w:spacing w:after="24" w:line="240" w:lineRule="auto"/>
              <w:ind w:left="85" w:hanging="85"/>
            </w:pPr>
            <w:r>
              <w:rPr>
                <w:sz w:val="16"/>
              </w:rPr>
              <w:t>• Walsall Academy - Governor (from 18.03.2025).</w:t>
            </w:r>
          </w:p>
          <w:p w14:paraId="064C9CC3" w14:textId="77777777" w:rsidR="00911E13" w:rsidRDefault="00000000">
            <w:pPr>
              <w:spacing w:after="24" w:line="240" w:lineRule="auto"/>
              <w:ind w:left="85" w:hanging="85"/>
            </w:pPr>
            <w:r>
              <w:rPr>
                <w:sz w:val="16"/>
              </w:rPr>
              <w:t>• Two children are pupils at Green Lea First School (declared from 27.01.2025; anticipated to 31.07.2029).</w:t>
            </w:r>
          </w:p>
        </w:tc>
      </w:tr>
      <w:tr w:rsidR="00911E13" w14:paraId="791EC1F9"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1A576E73" w14:textId="77777777" w:rsidR="00911E13" w:rsidRDefault="00000000">
            <w:pPr>
              <w:spacing w:after="20"/>
            </w:pPr>
            <w:r>
              <w:rPr>
                <w:b/>
                <w:sz w:val="18"/>
              </w:rPr>
              <w:lastRenderedPageBreak/>
              <w:t>Emma Kelly-Brough</w:t>
            </w:r>
          </w:p>
          <w:p w14:paraId="2734F98F" w14:textId="77777777" w:rsidR="00911E13" w:rsidRDefault="00000000">
            <w:pPr>
              <w:spacing w:after="10"/>
            </w:pPr>
            <w:r>
              <w:rPr>
                <w:color w:val="007A82"/>
                <w:sz w:val="15"/>
              </w:rPr>
              <w:t>Co-opted Trustee</w:t>
            </w:r>
          </w:p>
          <w:p w14:paraId="6B0269CF" w14:textId="77777777" w:rsidR="00911E13" w:rsidRDefault="00000000">
            <w:pPr>
              <w:spacing w:after="0"/>
              <w:rPr>
                <w:color w:val="6B7478"/>
                <w:sz w:val="14"/>
              </w:rPr>
            </w:pPr>
            <w:r>
              <w:rPr>
                <w:color w:val="6B7478"/>
                <w:sz w:val="14"/>
              </w:rPr>
              <w:t>Term of office: 10.05.2024 to 09.05.2028</w:t>
            </w:r>
          </w:p>
          <w:p w14:paraId="3656BD3D" w14:textId="0E8C0265" w:rsidR="00D01831" w:rsidRDefault="00D01831">
            <w:pPr>
              <w:spacing w:after="0"/>
            </w:pPr>
            <w:r>
              <w:rPr>
                <w:b/>
                <w:color w:val="7D4D00"/>
                <w:sz w:val="14"/>
              </w:rPr>
              <w:t xml:space="preserve">Resignation </w:t>
            </w:r>
            <w:r>
              <w:rPr>
                <w:b/>
                <w:color w:val="7D4D00"/>
                <w:sz w:val="14"/>
              </w:rPr>
              <w:t>09.07.2026</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8A6A248" w14:textId="77777777" w:rsidR="00911E13" w:rsidRDefault="00000000">
            <w:pPr>
              <w:spacing w:after="0"/>
              <w:jc w:val="center"/>
            </w:pPr>
            <w:r>
              <w:rPr>
                <w:sz w:val="15"/>
              </w:rPr>
              <w:t>20.11.2025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6BAC64D1" w14:textId="77777777" w:rsidR="00911E13" w:rsidRDefault="00000000">
            <w:pPr>
              <w:spacing w:after="24" w:line="240" w:lineRule="auto"/>
              <w:ind w:left="85" w:hanging="85"/>
            </w:pPr>
            <w:r>
              <w:rPr>
                <w:sz w:val="16"/>
              </w:rPr>
              <w:t>• Mayflower Security - provides security contracting for Greenhall and Little Learners; father is responsible for procuring contracts for the business.</w:t>
            </w:r>
          </w:p>
          <w:p w14:paraId="4FA49CC3" w14:textId="77777777" w:rsidR="00911E13" w:rsidRDefault="00000000">
            <w:pPr>
              <w:spacing w:after="24" w:line="240" w:lineRule="auto"/>
              <w:ind w:left="85" w:hanging="85"/>
            </w:pPr>
            <w:r>
              <w:rPr>
                <w:sz w:val="16"/>
              </w:rPr>
              <w:t>• Revolut Ltd - employed as a Financial Crime Risk Manager (from 17.11.2025).</w:t>
            </w:r>
          </w:p>
        </w:tc>
      </w:tr>
      <w:tr w:rsidR="00911E13" w14:paraId="67F9BCC5"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C046532" w14:textId="77777777" w:rsidR="00911E13" w:rsidRDefault="00000000">
            <w:pPr>
              <w:spacing w:after="20"/>
            </w:pPr>
            <w:r>
              <w:rPr>
                <w:b/>
                <w:sz w:val="18"/>
              </w:rPr>
              <w:t>Laura Sanzeri</w:t>
            </w:r>
          </w:p>
          <w:p w14:paraId="3FAAECD5" w14:textId="77777777" w:rsidR="00911E13" w:rsidRDefault="00000000">
            <w:pPr>
              <w:spacing w:after="10"/>
            </w:pPr>
            <w:r>
              <w:rPr>
                <w:color w:val="007A82"/>
                <w:sz w:val="15"/>
              </w:rPr>
              <w:t>Co-opted Trustee</w:t>
            </w:r>
          </w:p>
          <w:p w14:paraId="1B4C6DAA" w14:textId="77777777" w:rsidR="00911E13" w:rsidRDefault="00000000">
            <w:pPr>
              <w:spacing w:after="0"/>
            </w:pPr>
            <w:r>
              <w:rPr>
                <w:color w:val="6B7478"/>
                <w:sz w:val="14"/>
              </w:rPr>
              <w:t>Term of office: 03.02.2025 to 02.02.2029</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E17D4C5" w14:textId="77777777" w:rsidR="00911E13" w:rsidRDefault="00000000">
            <w:pPr>
              <w:spacing w:after="0"/>
              <w:jc w:val="center"/>
            </w:pPr>
            <w:r>
              <w:rPr>
                <w:sz w:val="15"/>
              </w:rPr>
              <w:t>03.10.2025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34A6461" w14:textId="77777777" w:rsidR="00911E13" w:rsidRDefault="00000000">
            <w:pPr>
              <w:spacing w:after="0"/>
            </w:pPr>
            <w:r>
              <w:rPr>
                <w:i/>
                <w:color w:val="6B7478"/>
                <w:sz w:val="16"/>
              </w:rPr>
              <w:t>Nothing to declare</w:t>
            </w:r>
          </w:p>
        </w:tc>
      </w:tr>
      <w:tr w:rsidR="00911E13" w14:paraId="557EE1A8"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2CBC21B" w14:textId="77777777" w:rsidR="00911E13" w:rsidRDefault="00000000">
            <w:pPr>
              <w:spacing w:after="20"/>
            </w:pPr>
            <w:r>
              <w:rPr>
                <w:b/>
                <w:sz w:val="18"/>
              </w:rPr>
              <w:t>Helen Morrison</w:t>
            </w:r>
          </w:p>
          <w:p w14:paraId="0DE27F45" w14:textId="77777777" w:rsidR="00911E13" w:rsidRDefault="00000000">
            <w:pPr>
              <w:spacing w:after="10"/>
            </w:pPr>
            <w:r>
              <w:rPr>
                <w:color w:val="007A82"/>
                <w:sz w:val="15"/>
              </w:rPr>
              <w:t>Co-opted Trustee</w:t>
            </w:r>
          </w:p>
          <w:p w14:paraId="45393E7A" w14:textId="77777777" w:rsidR="00911E13" w:rsidRDefault="00000000">
            <w:pPr>
              <w:spacing w:after="0"/>
            </w:pPr>
            <w:r>
              <w:rPr>
                <w:color w:val="6B7478"/>
                <w:sz w:val="14"/>
              </w:rPr>
              <w:t>Term of office: 21.12.2023 to 20.12.2027</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01EA1F1" w14:textId="77777777" w:rsidR="00911E13" w:rsidRDefault="00000000">
            <w:pPr>
              <w:spacing w:after="0"/>
              <w:jc w:val="center"/>
            </w:pPr>
            <w:r>
              <w:rPr>
                <w:sz w:val="15"/>
              </w:rPr>
              <w:t>09.09.2025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237694C" w14:textId="77777777" w:rsidR="00911E13" w:rsidRDefault="00000000">
            <w:pPr>
              <w:spacing w:after="24" w:line="240" w:lineRule="auto"/>
              <w:ind w:left="85" w:hanging="85"/>
            </w:pPr>
            <w:r>
              <w:rPr>
                <w:sz w:val="16"/>
              </w:rPr>
              <w:t>• Retired; continues to undertake some education consultancy and Ofsted inspection work.</w:t>
            </w:r>
          </w:p>
          <w:p w14:paraId="52CF8524" w14:textId="77777777" w:rsidR="00911E13" w:rsidRDefault="00000000">
            <w:pPr>
              <w:spacing w:after="24" w:line="240" w:lineRule="auto"/>
              <w:ind w:left="85" w:hanging="85"/>
            </w:pPr>
            <w:r>
              <w:rPr>
                <w:sz w:val="16"/>
              </w:rPr>
              <w:t>• Creative Learning Partnership Trust - Trustee.</w:t>
            </w:r>
          </w:p>
          <w:p w14:paraId="7E338BB8" w14:textId="77777777" w:rsidR="00911E13" w:rsidRDefault="00000000">
            <w:pPr>
              <w:spacing w:after="24" w:line="240" w:lineRule="auto"/>
              <w:ind w:left="85" w:hanging="85"/>
            </w:pPr>
            <w:r>
              <w:rPr>
                <w:sz w:val="16"/>
              </w:rPr>
              <w:t>• Perry Hall Multi-Academy Trust - Member.</w:t>
            </w:r>
          </w:p>
          <w:p w14:paraId="1A84034A" w14:textId="77777777" w:rsidR="00911E13" w:rsidRDefault="00000000">
            <w:pPr>
              <w:spacing w:after="24" w:line="240" w:lineRule="auto"/>
              <w:ind w:left="85" w:hanging="85"/>
            </w:pPr>
            <w:r>
              <w:rPr>
                <w:sz w:val="16"/>
              </w:rPr>
              <w:t>• St Michael's CofE Primary Academy - Governor.</w:t>
            </w:r>
          </w:p>
        </w:tc>
      </w:tr>
      <w:tr w:rsidR="00911E13" w14:paraId="70BD1B0C"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7FA3D793" w14:textId="77777777" w:rsidR="00911E13" w:rsidRDefault="00000000">
            <w:pPr>
              <w:spacing w:after="20"/>
            </w:pPr>
            <w:r>
              <w:rPr>
                <w:b/>
                <w:sz w:val="18"/>
              </w:rPr>
              <w:t>Jade Pearce</w:t>
            </w:r>
          </w:p>
          <w:p w14:paraId="4B9211AC" w14:textId="77777777" w:rsidR="00911E13" w:rsidRDefault="00000000">
            <w:pPr>
              <w:spacing w:after="10"/>
            </w:pPr>
            <w:r>
              <w:rPr>
                <w:color w:val="007A82"/>
                <w:sz w:val="15"/>
              </w:rPr>
              <w:t>Co-opted Trustee</w:t>
            </w:r>
          </w:p>
          <w:p w14:paraId="3DBCC349" w14:textId="77777777" w:rsidR="00911E13" w:rsidRDefault="00000000">
            <w:pPr>
              <w:spacing w:after="0"/>
            </w:pPr>
            <w:r>
              <w:rPr>
                <w:color w:val="6B7478"/>
                <w:sz w:val="14"/>
              </w:rPr>
              <w:t>Term of office: 07.03.2025 to 06.03.2029</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0D9C8C28" w14:textId="77777777" w:rsidR="00911E13" w:rsidRDefault="00000000">
            <w:pPr>
              <w:spacing w:after="0"/>
              <w:jc w:val="center"/>
            </w:pPr>
            <w:r>
              <w:rPr>
                <w:sz w:val="15"/>
              </w:rPr>
              <w:t>23.10.2025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9B99CB1" w14:textId="77777777" w:rsidR="00911E13" w:rsidRDefault="00000000">
            <w:pPr>
              <w:spacing w:after="24" w:line="240" w:lineRule="auto"/>
              <w:ind w:left="85" w:hanging="85"/>
            </w:pPr>
            <w:r>
              <w:rPr>
                <w:sz w:val="16"/>
              </w:rPr>
              <w:t>• Esteem Educators Staffordshire - Director of this alternative provision (from 01.09.2025).</w:t>
            </w:r>
          </w:p>
        </w:tc>
      </w:tr>
      <w:tr w:rsidR="00911E13" w14:paraId="7A9F8DBC"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21C39904" w14:textId="77777777" w:rsidR="00911E13" w:rsidRDefault="00000000">
            <w:pPr>
              <w:spacing w:after="20"/>
            </w:pPr>
            <w:r>
              <w:rPr>
                <w:b/>
                <w:sz w:val="18"/>
              </w:rPr>
              <w:t>Robert Skae</w:t>
            </w:r>
          </w:p>
          <w:p w14:paraId="67D1F974" w14:textId="77777777" w:rsidR="00911E13" w:rsidRDefault="00000000">
            <w:pPr>
              <w:spacing w:after="10"/>
            </w:pPr>
            <w:r>
              <w:rPr>
                <w:color w:val="007A82"/>
                <w:sz w:val="15"/>
              </w:rPr>
              <w:t>Co-opted Trustee</w:t>
            </w:r>
          </w:p>
          <w:p w14:paraId="7D5BD085" w14:textId="77777777" w:rsidR="00911E13" w:rsidRDefault="00000000">
            <w:pPr>
              <w:spacing w:after="0"/>
            </w:pPr>
            <w:r>
              <w:rPr>
                <w:color w:val="6B7478"/>
                <w:sz w:val="14"/>
              </w:rPr>
              <w:t>Term of office: 24.01.2025 to 23.01.2029</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65B8869" w14:textId="77777777" w:rsidR="00911E13" w:rsidRDefault="00000000">
            <w:pPr>
              <w:spacing w:after="0"/>
              <w:jc w:val="center"/>
            </w:pPr>
            <w:r>
              <w:rPr>
                <w:sz w:val="15"/>
              </w:rPr>
              <w:t>27.09.2025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08CF4FE" w14:textId="77777777" w:rsidR="00911E13" w:rsidRDefault="00000000">
            <w:pPr>
              <w:spacing w:after="0"/>
            </w:pPr>
            <w:r>
              <w:rPr>
                <w:i/>
                <w:color w:val="6B7478"/>
                <w:sz w:val="16"/>
              </w:rPr>
              <w:t>Nothing to declare</w:t>
            </w:r>
          </w:p>
        </w:tc>
      </w:tr>
      <w:tr w:rsidR="00911E13" w14:paraId="18A4DFD5"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60D60DA" w14:textId="77777777" w:rsidR="00911E13" w:rsidRDefault="00000000">
            <w:pPr>
              <w:spacing w:after="20"/>
            </w:pPr>
            <w:r>
              <w:rPr>
                <w:b/>
                <w:sz w:val="18"/>
              </w:rPr>
              <w:t>Di Swift</w:t>
            </w:r>
          </w:p>
          <w:p w14:paraId="5A497944" w14:textId="77777777" w:rsidR="00911E13" w:rsidRDefault="00000000">
            <w:pPr>
              <w:spacing w:after="10"/>
            </w:pPr>
            <w:r>
              <w:rPr>
                <w:color w:val="007A82"/>
                <w:sz w:val="15"/>
              </w:rPr>
              <w:t>Co-opted Trustee</w:t>
            </w:r>
          </w:p>
          <w:p w14:paraId="4FBDF906" w14:textId="77777777" w:rsidR="00911E13" w:rsidRDefault="00000000">
            <w:pPr>
              <w:spacing w:after="0"/>
            </w:pPr>
            <w:r>
              <w:rPr>
                <w:color w:val="6B7478"/>
                <w:sz w:val="14"/>
              </w:rPr>
              <w:t>Term of office: 09.11.2022 to 09.11.2026</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607346B" w14:textId="77777777" w:rsidR="00911E13" w:rsidRDefault="00000000">
            <w:pPr>
              <w:spacing w:after="0"/>
              <w:jc w:val="center"/>
            </w:pPr>
            <w:r>
              <w:rPr>
                <w:sz w:val="15"/>
              </w:rPr>
              <w:t>26.09.2025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D72D386" w14:textId="77777777" w:rsidR="00911E13" w:rsidRDefault="00000000">
            <w:pPr>
              <w:spacing w:after="24" w:line="240" w:lineRule="auto"/>
              <w:ind w:left="85" w:hanging="85"/>
            </w:pPr>
            <w:r>
              <w:rPr>
                <w:sz w:val="16"/>
              </w:rPr>
              <w:t>• SSTEC - Apprenticeship Advisory Board (30.06.2024 to 30.06.2026).</w:t>
            </w:r>
          </w:p>
          <w:p w14:paraId="59298FAC" w14:textId="77777777" w:rsidR="00911E13" w:rsidRDefault="00000000">
            <w:pPr>
              <w:spacing w:after="24" w:line="240" w:lineRule="auto"/>
              <w:ind w:left="85" w:hanging="85"/>
            </w:pPr>
            <w:r>
              <w:rPr>
                <w:sz w:val="16"/>
              </w:rPr>
              <w:t>• Golden Thread Teaching School Hub - Board Member (05.07.2022 to 05.07.2026).</w:t>
            </w:r>
          </w:p>
          <w:p w14:paraId="2A79AB14" w14:textId="77777777" w:rsidR="00911E13" w:rsidRDefault="00000000">
            <w:pPr>
              <w:spacing w:after="24" w:line="240" w:lineRule="auto"/>
              <w:ind w:left="85" w:hanging="85"/>
            </w:pPr>
            <w:r>
              <w:rPr>
                <w:sz w:val="16"/>
              </w:rPr>
              <w:t>• Skills England - Co-Chair of the Level 5 Specialist Teaching Assistant Apprenticeship Trailblazer Group and member of the Level 6 Trailblazer Group (01.09.2025 to 31.07.2026).</w:t>
            </w:r>
          </w:p>
        </w:tc>
      </w:tr>
      <w:tr w:rsidR="00911E13" w14:paraId="4FF1BEE8"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082B9F63" w14:textId="77777777" w:rsidR="00911E13" w:rsidRDefault="00000000">
            <w:pPr>
              <w:spacing w:after="20"/>
            </w:pPr>
            <w:r>
              <w:rPr>
                <w:b/>
                <w:sz w:val="18"/>
              </w:rPr>
              <w:t>David Werry</w:t>
            </w:r>
          </w:p>
          <w:p w14:paraId="0C8E4480" w14:textId="77777777" w:rsidR="00911E13" w:rsidRDefault="00000000">
            <w:pPr>
              <w:spacing w:after="10"/>
            </w:pPr>
            <w:r>
              <w:rPr>
                <w:color w:val="007A82"/>
                <w:sz w:val="15"/>
              </w:rPr>
              <w:t>Co-opted Trustee</w:t>
            </w:r>
          </w:p>
          <w:p w14:paraId="48E6AA6E" w14:textId="77777777" w:rsidR="00911E13" w:rsidRDefault="00000000">
            <w:pPr>
              <w:spacing w:after="0"/>
            </w:pPr>
            <w:r>
              <w:rPr>
                <w:color w:val="6B7478"/>
                <w:sz w:val="14"/>
              </w:rPr>
              <w:t>Term of office: 03.10.2025 to 02.10.2029</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5425262F" w14:textId="77777777" w:rsidR="00911E13" w:rsidRDefault="00000000">
            <w:pPr>
              <w:spacing w:after="0"/>
              <w:jc w:val="center"/>
            </w:pPr>
            <w:r>
              <w:rPr>
                <w:sz w:val="15"/>
              </w:rPr>
              <w:t>07.10.2025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036CC51" w14:textId="77777777" w:rsidR="00911E13" w:rsidRDefault="00000000">
            <w:pPr>
              <w:spacing w:after="24" w:line="240" w:lineRule="auto"/>
              <w:ind w:left="85" w:hanging="85"/>
            </w:pPr>
            <w:r>
              <w:rPr>
                <w:sz w:val="16"/>
              </w:rPr>
              <w:t>• David Werry Education Consultant Limited - Director; consultancy work includes substantial work for the National Governance Association (from 01.09.2014).</w:t>
            </w:r>
          </w:p>
          <w:p w14:paraId="414900D7" w14:textId="77777777" w:rsidR="00911E13" w:rsidRDefault="00000000">
            <w:pPr>
              <w:spacing w:after="24" w:line="240" w:lineRule="auto"/>
              <w:ind w:left="85" w:hanging="85"/>
            </w:pPr>
            <w:r>
              <w:rPr>
                <w:sz w:val="16"/>
              </w:rPr>
              <w:t>• Summit Learning Trust - Member (from 01.01.2019).</w:t>
            </w:r>
          </w:p>
          <w:p w14:paraId="28B20189" w14:textId="77777777" w:rsidR="00911E13" w:rsidRDefault="00000000">
            <w:pPr>
              <w:spacing w:after="24" w:line="240" w:lineRule="auto"/>
              <w:ind w:left="85" w:hanging="85"/>
            </w:pPr>
            <w:r>
              <w:rPr>
                <w:sz w:val="16"/>
              </w:rPr>
              <w:t>• Lichfield Cathedral Music Share - work includes visiting schools to deliver singing projects, which has included and may include Trust schools (from 01.10.2015).</w:t>
            </w:r>
          </w:p>
        </w:tc>
      </w:tr>
    </w:tbl>
    <w:p w14:paraId="0835B7D5" w14:textId="77777777" w:rsidR="00911E13" w:rsidRDefault="00911E13">
      <w:pPr>
        <w:spacing w:after="0"/>
      </w:pPr>
    </w:p>
    <w:p w14:paraId="0FDA08ED" w14:textId="77777777" w:rsidR="00911E13" w:rsidRDefault="00000000">
      <w:pPr>
        <w:pStyle w:val="Heading1"/>
        <w:pBdr>
          <w:bottom w:val="single" w:sz="12" w:space="1" w:color="009CA6"/>
        </w:pBdr>
        <w:spacing w:before="160" w:after="80"/>
      </w:pPr>
      <w:r>
        <w:rPr>
          <w:rFonts w:ascii="Arial" w:hAnsi="Arial"/>
          <w:sz w:val="25"/>
        </w:rPr>
        <w:t>2. Current Members</w:t>
      </w:r>
    </w:p>
    <w:tbl>
      <w:tblPr>
        <w:tblW w:w="0" w:type="auto"/>
        <w:jc w:val="center"/>
        <w:tblLayout w:type="fixed"/>
        <w:tblLook w:val="04A0" w:firstRow="1" w:lastRow="0" w:firstColumn="1" w:lastColumn="0" w:noHBand="0" w:noVBand="1"/>
      </w:tblPr>
      <w:tblGrid>
        <w:gridCol w:w="3402"/>
        <w:gridCol w:w="2154"/>
        <w:gridCol w:w="9524"/>
      </w:tblGrid>
      <w:tr w:rsidR="00911E13" w14:paraId="28AC6619" w14:textId="77777777">
        <w:trPr>
          <w:tblHeader/>
          <w:jc w:val="center"/>
        </w:trPr>
        <w:tc>
          <w:tcPr>
            <w:tcW w:w="3402"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3A951575" w14:textId="77777777" w:rsidR="00911E13" w:rsidRDefault="00000000">
            <w:pPr>
              <w:spacing w:after="0"/>
            </w:pPr>
            <w:r>
              <w:rPr>
                <w:b/>
                <w:color w:val="FFFFFF"/>
                <w:sz w:val="16"/>
              </w:rPr>
              <w:t>Name and appointment</w:t>
            </w:r>
          </w:p>
        </w:tc>
        <w:tc>
          <w:tcPr>
            <w:tcW w:w="2154" w:type="dxa"/>
            <w:tcBorders>
              <w:top w:val="single" w:sz="8" w:space="0" w:color="3D4548"/>
              <w:left w:val="single" w:sz="4" w:space="0" w:color="FFFFFF"/>
              <w:bottom w:val="single" w:sz="8" w:space="0" w:color="3D4548"/>
              <w:right w:val="single" w:sz="4" w:space="0" w:color="FFFFFF"/>
            </w:tcBorders>
            <w:shd w:val="clear" w:color="auto" w:fill="007A82"/>
            <w:tcMar>
              <w:top w:w="80" w:type="dxa"/>
              <w:left w:w="100" w:type="dxa"/>
              <w:bottom w:w="80" w:type="dxa"/>
              <w:right w:w="100" w:type="dxa"/>
            </w:tcMar>
          </w:tcPr>
          <w:p w14:paraId="04650D8A" w14:textId="77777777" w:rsidR="00911E13" w:rsidRDefault="00000000">
            <w:pPr>
              <w:spacing w:after="0"/>
              <w:jc w:val="center"/>
            </w:pPr>
            <w:r>
              <w:rPr>
                <w:b/>
                <w:color w:val="FFFFFF"/>
                <w:sz w:val="16"/>
              </w:rPr>
              <w:t>Declaration confirmed / updated</w:t>
            </w:r>
          </w:p>
        </w:tc>
        <w:tc>
          <w:tcPr>
            <w:tcW w:w="9524"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33C5070E" w14:textId="77777777" w:rsidR="00911E13" w:rsidRDefault="00000000">
            <w:pPr>
              <w:spacing w:after="0"/>
            </w:pPr>
            <w:r>
              <w:rPr>
                <w:b/>
                <w:color w:val="FFFFFF"/>
                <w:sz w:val="16"/>
              </w:rPr>
              <w:t>Interests declared</w:t>
            </w:r>
          </w:p>
        </w:tc>
      </w:tr>
      <w:tr w:rsidR="00911E13" w14:paraId="32A2838D"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8D5A7E4" w14:textId="77777777" w:rsidR="00911E13" w:rsidRDefault="00000000">
            <w:pPr>
              <w:spacing w:after="20"/>
            </w:pPr>
            <w:r>
              <w:rPr>
                <w:b/>
                <w:sz w:val="18"/>
              </w:rPr>
              <w:t>Andrea Jones</w:t>
            </w:r>
          </w:p>
          <w:p w14:paraId="3796DBBA" w14:textId="77777777" w:rsidR="00911E13" w:rsidRDefault="00000000">
            <w:pPr>
              <w:spacing w:after="10"/>
            </w:pPr>
            <w:r>
              <w:rPr>
                <w:color w:val="007A82"/>
                <w:sz w:val="15"/>
              </w:rPr>
              <w:t>Member</w:t>
            </w:r>
          </w:p>
          <w:p w14:paraId="317838D3" w14:textId="77777777" w:rsidR="00911E13" w:rsidRDefault="00000000">
            <w:pPr>
              <w:spacing w:after="0"/>
            </w:pPr>
            <w:r>
              <w:rPr>
                <w:color w:val="6B7478"/>
                <w:sz w:val="14"/>
              </w:rPr>
              <w:t>Appointed: 05.10.2022</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6C28D0B7" w14:textId="77777777" w:rsidR="00911E13" w:rsidRDefault="00000000">
            <w:pPr>
              <w:spacing w:after="0"/>
              <w:jc w:val="center"/>
            </w:pPr>
            <w:r>
              <w:rPr>
                <w:sz w:val="15"/>
              </w:rPr>
              <w:t>14.10.2025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4DBE30E" w14:textId="77777777" w:rsidR="00911E13" w:rsidRDefault="00000000">
            <w:pPr>
              <w:spacing w:after="0"/>
            </w:pPr>
            <w:r>
              <w:rPr>
                <w:i/>
                <w:color w:val="6B7478"/>
                <w:sz w:val="16"/>
              </w:rPr>
              <w:t>Nothing to declare</w:t>
            </w:r>
          </w:p>
        </w:tc>
      </w:tr>
      <w:tr w:rsidR="00911E13" w14:paraId="3711ED92"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F9D8E9E" w14:textId="77777777" w:rsidR="00911E13" w:rsidRDefault="00000000">
            <w:pPr>
              <w:spacing w:after="20"/>
            </w:pPr>
            <w:r>
              <w:rPr>
                <w:b/>
                <w:sz w:val="18"/>
              </w:rPr>
              <w:lastRenderedPageBreak/>
              <w:t>Cathie Seville</w:t>
            </w:r>
          </w:p>
          <w:p w14:paraId="7A75076E" w14:textId="77777777" w:rsidR="00911E13" w:rsidRDefault="00000000">
            <w:pPr>
              <w:spacing w:after="10"/>
            </w:pPr>
            <w:r>
              <w:rPr>
                <w:color w:val="007A82"/>
                <w:sz w:val="15"/>
              </w:rPr>
              <w:t>Member</w:t>
            </w:r>
          </w:p>
          <w:p w14:paraId="76AB0476" w14:textId="77777777" w:rsidR="00911E13" w:rsidRDefault="00000000">
            <w:pPr>
              <w:spacing w:after="0"/>
            </w:pPr>
            <w:r>
              <w:rPr>
                <w:color w:val="6B7478"/>
                <w:sz w:val="14"/>
              </w:rPr>
              <w:t>Appointed: 09.11.2023</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9D72CAA" w14:textId="77777777" w:rsidR="00911E13" w:rsidRDefault="00000000">
            <w:pPr>
              <w:spacing w:after="0"/>
              <w:jc w:val="center"/>
            </w:pPr>
            <w:r>
              <w:rPr>
                <w:sz w:val="15"/>
              </w:rPr>
              <w:t>13.10.2025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ED92ABB" w14:textId="77777777" w:rsidR="00911E13" w:rsidRDefault="00000000">
            <w:pPr>
              <w:spacing w:after="24" w:line="240" w:lineRule="auto"/>
              <w:ind w:left="85" w:hanging="85"/>
            </w:pPr>
            <w:r>
              <w:rPr>
                <w:sz w:val="16"/>
              </w:rPr>
              <w:t>• Chair of Horton Primary School.</w:t>
            </w:r>
          </w:p>
          <w:p w14:paraId="1C4931E2" w14:textId="77777777" w:rsidR="00911E13" w:rsidRDefault="00000000">
            <w:pPr>
              <w:spacing w:after="24" w:line="240" w:lineRule="auto"/>
              <w:ind w:left="85" w:hanging="85"/>
            </w:pPr>
            <w:r>
              <w:rPr>
                <w:sz w:val="16"/>
              </w:rPr>
              <w:t>• Governor at Blessed William Howard Catholic High School.</w:t>
            </w:r>
          </w:p>
          <w:p w14:paraId="3F0B7EF2" w14:textId="77777777" w:rsidR="00911E13" w:rsidRDefault="00000000">
            <w:pPr>
              <w:spacing w:after="24" w:line="240" w:lineRule="auto"/>
              <w:ind w:left="85" w:hanging="85"/>
            </w:pPr>
            <w:r>
              <w:rPr>
                <w:sz w:val="16"/>
              </w:rPr>
              <w:t>• Friendship with Director of Operations, Laura Austen.</w:t>
            </w:r>
          </w:p>
        </w:tc>
      </w:tr>
      <w:tr w:rsidR="00911E13" w14:paraId="1635E82B"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5D3C3D8" w14:textId="77777777" w:rsidR="00911E13" w:rsidRDefault="00000000">
            <w:pPr>
              <w:spacing w:after="20"/>
            </w:pPr>
            <w:r>
              <w:rPr>
                <w:b/>
                <w:sz w:val="18"/>
              </w:rPr>
              <w:t>Tony Naik</w:t>
            </w:r>
          </w:p>
          <w:p w14:paraId="680D0C15" w14:textId="77777777" w:rsidR="00911E13" w:rsidRDefault="00000000">
            <w:pPr>
              <w:spacing w:after="10"/>
            </w:pPr>
            <w:r>
              <w:rPr>
                <w:color w:val="007A82"/>
                <w:sz w:val="15"/>
              </w:rPr>
              <w:t>Member</w:t>
            </w:r>
          </w:p>
          <w:p w14:paraId="579580EE" w14:textId="77777777" w:rsidR="00911E13" w:rsidRDefault="00000000">
            <w:pPr>
              <w:spacing w:after="0"/>
            </w:pPr>
            <w:r>
              <w:rPr>
                <w:color w:val="6B7478"/>
                <w:sz w:val="14"/>
              </w:rPr>
              <w:t>Appointed: 21.12.2024</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1D801B9B" w14:textId="77777777" w:rsidR="00911E13" w:rsidRDefault="00000000">
            <w:pPr>
              <w:spacing w:after="0"/>
              <w:jc w:val="center"/>
            </w:pPr>
            <w:r>
              <w:rPr>
                <w:sz w:val="15"/>
              </w:rPr>
              <w:t>23.10.2025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56AFC76C" w14:textId="77777777" w:rsidR="00911E13" w:rsidRDefault="00000000">
            <w:pPr>
              <w:spacing w:after="24" w:line="240" w:lineRule="auto"/>
              <w:ind w:left="85" w:hanging="85"/>
            </w:pPr>
            <w:r>
              <w:rPr>
                <w:sz w:val="16"/>
              </w:rPr>
              <w:t>• Friendship with Governance and Executive Support Officer, Jennifer Francis.</w:t>
            </w:r>
          </w:p>
          <w:p w14:paraId="30826A54" w14:textId="77777777" w:rsidR="00911E13" w:rsidRDefault="00000000">
            <w:pPr>
              <w:spacing w:after="24" w:line="240" w:lineRule="auto"/>
              <w:ind w:left="85" w:hanging="85"/>
            </w:pPr>
            <w:r>
              <w:rPr>
                <w:sz w:val="16"/>
              </w:rPr>
              <w:t>• Director of Aquaforce Waste Management, an appointed contractor to Staffordshire County Council.</w:t>
            </w:r>
          </w:p>
        </w:tc>
      </w:tr>
      <w:tr w:rsidR="00911E13" w14:paraId="36428E47"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D187052" w14:textId="77777777" w:rsidR="00911E13" w:rsidRDefault="00000000">
            <w:pPr>
              <w:spacing w:after="20"/>
            </w:pPr>
            <w:r>
              <w:rPr>
                <w:b/>
                <w:sz w:val="18"/>
              </w:rPr>
              <w:t>Richard Huntley</w:t>
            </w:r>
          </w:p>
          <w:p w14:paraId="1D99C432" w14:textId="77777777" w:rsidR="00911E13" w:rsidRDefault="00000000">
            <w:pPr>
              <w:spacing w:after="10"/>
            </w:pPr>
            <w:r>
              <w:rPr>
                <w:color w:val="007A82"/>
                <w:sz w:val="15"/>
              </w:rPr>
              <w:t>Member</w:t>
            </w:r>
          </w:p>
          <w:p w14:paraId="2F0873CD" w14:textId="77777777" w:rsidR="00911E13" w:rsidRDefault="00000000">
            <w:pPr>
              <w:spacing w:after="0"/>
            </w:pPr>
            <w:r>
              <w:rPr>
                <w:color w:val="6B7478"/>
                <w:sz w:val="14"/>
              </w:rPr>
              <w:t>Appointed: 26.06.2024</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724F5DCE" w14:textId="77777777" w:rsidR="00911E13" w:rsidRDefault="00000000">
            <w:pPr>
              <w:spacing w:after="0"/>
              <w:jc w:val="center"/>
            </w:pPr>
            <w:r>
              <w:rPr>
                <w:sz w:val="15"/>
              </w:rPr>
              <w:t>23.10.2025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9CE9BF9" w14:textId="77777777" w:rsidR="00911E13" w:rsidRDefault="00000000">
            <w:pPr>
              <w:spacing w:after="0"/>
            </w:pPr>
            <w:r>
              <w:rPr>
                <w:i/>
                <w:color w:val="6B7478"/>
                <w:sz w:val="16"/>
              </w:rPr>
              <w:t>Nothing to declare</w:t>
            </w:r>
          </w:p>
        </w:tc>
      </w:tr>
    </w:tbl>
    <w:p w14:paraId="32590612" w14:textId="77777777" w:rsidR="00911E13" w:rsidRDefault="00911E13">
      <w:pPr>
        <w:spacing w:after="0"/>
      </w:pPr>
    </w:p>
    <w:p w14:paraId="1C4AB6EF" w14:textId="77777777" w:rsidR="00911E13" w:rsidRDefault="00000000">
      <w:pPr>
        <w:pStyle w:val="Heading1"/>
        <w:pBdr>
          <w:bottom w:val="single" w:sz="12" w:space="1" w:color="009CA6"/>
        </w:pBdr>
        <w:spacing w:before="160" w:after="80"/>
      </w:pPr>
      <w:r>
        <w:rPr>
          <w:rFonts w:ascii="Arial" w:hAnsi="Arial"/>
          <w:sz w:val="25"/>
        </w:rPr>
        <w:t>3. Trust Central Team and Headteachers</w:t>
      </w:r>
    </w:p>
    <w:p w14:paraId="7958B2DB" w14:textId="77777777" w:rsidR="00911E13" w:rsidRDefault="00000000">
      <w:pPr>
        <w:keepNext/>
        <w:spacing w:after="80"/>
      </w:pPr>
      <w:r>
        <w:rPr>
          <w:color w:val="6B7478"/>
          <w:sz w:val="16"/>
        </w:rPr>
        <w:t>New declarations for Sam Compton, Laura Austen and Jennifer Francis are dated 09.07.2026. Jonathan Keay is marked as resigning with effect from 31.08.2026.</w:t>
      </w:r>
    </w:p>
    <w:tbl>
      <w:tblPr>
        <w:tblW w:w="0" w:type="auto"/>
        <w:jc w:val="center"/>
        <w:tblLayout w:type="fixed"/>
        <w:tblLook w:val="04A0" w:firstRow="1" w:lastRow="0" w:firstColumn="1" w:lastColumn="0" w:noHBand="0" w:noVBand="1"/>
      </w:tblPr>
      <w:tblGrid>
        <w:gridCol w:w="3402"/>
        <w:gridCol w:w="2154"/>
        <w:gridCol w:w="9524"/>
      </w:tblGrid>
      <w:tr w:rsidR="00911E13" w14:paraId="2A3E2100" w14:textId="77777777">
        <w:trPr>
          <w:tblHeader/>
          <w:jc w:val="center"/>
        </w:trPr>
        <w:tc>
          <w:tcPr>
            <w:tcW w:w="3402"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5AD27910" w14:textId="77777777" w:rsidR="00911E13" w:rsidRDefault="00000000">
            <w:pPr>
              <w:spacing w:after="0"/>
            </w:pPr>
            <w:r>
              <w:rPr>
                <w:b/>
                <w:color w:val="FFFFFF"/>
                <w:sz w:val="16"/>
              </w:rPr>
              <w:t>Name and appointment</w:t>
            </w:r>
          </w:p>
        </w:tc>
        <w:tc>
          <w:tcPr>
            <w:tcW w:w="2154" w:type="dxa"/>
            <w:tcBorders>
              <w:top w:val="single" w:sz="8" w:space="0" w:color="3D4548"/>
              <w:left w:val="single" w:sz="4" w:space="0" w:color="FFFFFF"/>
              <w:bottom w:val="single" w:sz="8" w:space="0" w:color="3D4548"/>
              <w:right w:val="single" w:sz="4" w:space="0" w:color="FFFFFF"/>
            </w:tcBorders>
            <w:shd w:val="clear" w:color="auto" w:fill="007A82"/>
            <w:tcMar>
              <w:top w:w="80" w:type="dxa"/>
              <w:left w:w="100" w:type="dxa"/>
              <w:bottom w:w="80" w:type="dxa"/>
              <w:right w:w="100" w:type="dxa"/>
            </w:tcMar>
          </w:tcPr>
          <w:p w14:paraId="577B3E3E" w14:textId="77777777" w:rsidR="00911E13" w:rsidRDefault="00000000">
            <w:pPr>
              <w:spacing w:after="0"/>
              <w:jc w:val="center"/>
            </w:pPr>
            <w:r>
              <w:rPr>
                <w:b/>
                <w:color w:val="FFFFFF"/>
                <w:sz w:val="16"/>
              </w:rPr>
              <w:t>Declaration confirmed / updated</w:t>
            </w:r>
          </w:p>
        </w:tc>
        <w:tc>
          <w:tcPr>
            <w:tcW w:w="9524"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2E0FABCA" w14:textId="77777777" w:rsidR="00911E13" w:rsidRDefault="00000000">
            <w:pPr>
              <w:spacing w:after="0"/>
            </w:pPr>
            <w:r>
              <w:rPr>
                <w:b/>
                <w:color w:val="FFFFFF"/>
                <w:sz w:val="16"/>
              </w:rPr>
              <w:t>Interests declared</w:t>
            </w:r>
          </w:p>
        </w:tc>
      </w:tr>
      <w:tr w:rsidR="00911E13" w14:paraId="26A73E01"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2C84D4D1" w14:textId="77777777" w:rsidR="00911E13" w:rsidRDefault="00000000">
            <w:pPr>
              <w:spacing w:after="20"/>
            </w:pPr>
            <w:r>
              <w:rPr>
                <w:b/>
                <w:sz w:val="18"/>
              </w:rPr>
              <w:t>Sam Compton</w:t>
            </w:r>
          </w:p>
          <w:p w14:paraId="7EE52B44" w14:textId="77777777" w:rsidR="00911E13" w:rsidRDefault="00000000">
            <w:pPr>
              <w:spacing w:after="10"/>
            </w:pPr>
            <w:r>
              <w:rPr>
                <w:color w:val="007A82"/>
                <w:sz w:val="15"/>
              </w:rPr>
              <w:t>Chief Executive Officer</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8B9CBA3" w14:textId="77777777" w:rsidR="00911E13" w:rsidRDefault="00000000">
            <w:pPr>
              <w:spacing w:after="0"/>
              <w:jc w:val="center"/>
            </w:pPr>
            <w:r>
              <w:rPr>
                <w:b/>
                <w:color w:val="007A82"/>
                <w:sz w:val="15"/>
              </w:rPr>
              <w:t>Updated 09.07.2026</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AC5F079" w14:textId="77777777" w:rsidR="00911E13" w:rsidRDefault="00000000">
            <w:pPr>
              <w:spacing w:after="24" w:line="240" w:lineRule="auto"/>
              <w:ind w:left="85" w:hanging="85"/>
            </w:pPr>
            <w:r>
              <w:rPr>
                <w:sz w:val="16"/>
              </w:rPr>
              <w:t>• See the Current Trustees section for the full declaration, including the new family relationship declarations dated 09.07.2026.</w:t>
            </w:r>
          </w:p>
        </w:tc>
      </w:tr>
      <w:tr w:rsidR="00911E13" w14:paraId="6228B82A"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7902835A" w14:textId="77777777" w:rsidR="00911E13" w:rsidRDefault="00000000">
            <w:pPr>
              <w:spacing w:after="20"/>
            </w:pPr>
            <w:r>
              <w:rPr>
                <w:b/>
                <w:sz w:val="18"/>
              </w:rPr>
              <w:t>Jonathan Keay</w:t>
            </w:r>
          </w:p>
          <w:p w14:paraId="70760F79" w14:textId="77777777" w:rsidR="00911E13" w:rsidRDefault="00000000">
            <w:pPr>
              <w:spacing w:after="10"/>
            </w:pPr>
            <w:r>
              <w:rPr>
                <w:color w:val="007A82"/>
                <w:sz w:val="15"/>
              </w:rPr>
              <w:t>Deputy CEO / Director of Education</w:t>
            </w:r>
          </w:p>
          <w:p w14:paraId="7C3C97DA" w14:textId="77777777" w:rsidR="00911E13" w:rsidRDefault="00000000">
            <w:pPr>
              <w:spacing w:before="20" w:after="0"/>
            </w:pPr>
            <w:r>
              <w:rPr>
                <w:b/>
                <w:color w:val="7D4D00"/>
                <w:sz w:val="14"/>
              </w:rPr>
              <w:t>Resignation effective 31.08.2026</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3B9A92FC" w14:textId="77777777" w:rsidR="00911E13" w:rsidRDefault="00000000">
            <w:pPr>
              <w:spacing w:after="0"/>
              <w:jc w:val="center"/>
            </w:pPr>
            <w:r>
              <w:rPr>
                <w:sz w:val="15"/>
              </w:rPr>
              <w:t>11.03.2026</w:t>
            </w:r>
          </w:p>
          <w:p w14:paraId="3405B313" w14:textId="77777777" w:rsidR="00911E13" w:rsidRDefault="00000000">
            <w:pPr>
              <w:spacing w:after="0"/>
              <w:jc w:val="center"/>
            </w:pPr>
            <w:r>
              <w:rPr>
                <w:b/>
                <w:color w:val="007A82"/>
                <w:sz w:val="15"/>
              </w:rPr>
              <w:t>Resigned 31.08.2026</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9B3BE76" w14:textId="77777777" w:rsidR="00911E13" w:rsidRDefault="00000000">
            <w:pPr>
              <w:spacing w:after="24" w:line="240" w:lineRule="auto"/>
              <w:ind w:left="85" w:hanging="85"/>
            </w:pPr>
            <w:r>
              <w:rPr>
                <w:sz w:val="16"/>
              </w:rPr>
              <w:t>• The Golden Thread Teaching School Board - member of the Maths Hub.</w:t>
            </w:r>
          </w:p>
          <w:p w14:paraId="5F9E978C" w14:textId="77777777" w:rsidR="00911E13" w:rsidRDefault="00000000">
            <w:pPr>
              <w:spacing w:after="24" w:line="240" w:lineRule="auto"/>
              <w:ind w:left="85" w:hanging="85"/>
            </w:pPr>
            <w:r>
              <w:rPr>
                <w:sz w:val="16"/>
              </w:rPr>
              <w:t>• Derby Diocesan Academy Trust (DDAT) - member of the Board of Directors.</w:t>
            </w:r>
          </w:p>
        </w:tc>
      </w:tr>
      <w:tr w:rsidR="00911E13" w14:paraId="01227AE6"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F2E0916" w14:textId="77777777" w:rsidR="00911E13" w:rsidRDefault="00000000">
            <w:pPr>
              <w:spacing w:after="20"/>
            </w:pPr>
            <w:r>
              <w:rPr>
                <w:b/>
                <w:sz w:val="18"/>
              </w:rPr>
              <w:t>Laura Austen</w:t>
            </w:r>
          </w:p>
          <w:p w14:paraId="341F6510" w14:textId="77777777" w:rsidR="00911E13" w:rsidRDefault="00000000">
            <w:pPr>
              <w:spacing w:after="10"/>
            </w:pPr>
            <w:r>
              <w:rPr>
                <w:color w:val="007A82"/>
                <w:sz w:val="15"/>
              </w:rPr>
              <w:t>Director of Operations</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374E903" w14:textId="06889768" w:rsidR="00911E13" w:rsidRDefault="00000000">
            <w:pPr>
              <w:spacing w:after="0"/>
              <w:jc w:val="center"/>
            </w:pPr>
            <w:r>
              <w:rPr>
                <w:sz w:val="15"/>
              </w:rPr>
              <w:t xml:space="preserve">Confirmed </w:t>
            </w:r>
            <w:r w:rsidR="00C24393">
              <w:rPr>
                <w:sz w:val="15"/>
              </w:rPr>
              <w:t>08.09.2025</w:t>
            </w:r>
          </w:p>
          <w:p w14:paraId="271BD588" w14:textId="77777777" w:rsidR="00911E13" w:rsidRDefault="00000000">
            <w:pPr>
              <w:spacing w:after="0"/>
              <w:jc w:val="center"/>
            </w:pPr>
            <w:r>
              <w:rPr>
                <w:b/>
                <w:color w:val="007A82"/>
                <w:sz w:val="15"/>
              </w:rPr>
              <w:t>Updated 09.07.2026</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1DB9A25" w14:textId="77777777" w:rsidR="00911E13" w:rsidRDefault="00000000">
            <w:pPr>
              <w:spacing w:after="24" w:line="240" w:lineRule="auto"/>
              <w:ind w:left="85" w:hanging="85"/>
            </w:pPr>
            <w:r>
              <w:rPr>
                <w:sz w:val="16"/>
              </w:rPr>
              <w:t>• Parkside Bakery - Director/Owner.</w:t>
            </w:r>
          </w:p>
          <w:p w14:paraId="10B5722F" w14:textId="77777777" w:rsidR="00911E13" w:rsidRDefault="00000000">
            <w:pPr>
              <w:spacing w:after="24" w:line="240" w:lineRule="auto"/>
              <w:ind w:left="85" w:hanging="85"/>
            </w:pPr>
            <w:r>
              <w:rPr>
                <w:sz w:val="16"/>
              </w:rPr>
              <w:t>• Sister is employed at Parkside Primary School.</w:t>
            </w:r>
          </w:p>
          <w:p w14:paraId="1BEA288D" w14:textId="77777777" w:rsidR="00911E13" w:rsidRDefault="00000000">
            <w:pPr>
              <w:spacing w:after="24" w:line="240" w:lineRule="auto"/>
              <w:ind w:left="85" w:hanging="85"/>
            </w:pPr>
            <w:r>
              <w:rPr>
                <w:sz w:val="16"/>
              </w:rPr>
              <w:t>• Daughter is employed at Burleyfields Primary School and volunteers at schools in South Staffordshire. Declared 09.07.2026.</w:t>
            </w:r>
          </w:p>
        </w:tc>
      </w:tr>
      <w:tr w:rsidR="00911E13" w14:paraId="75A18857"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2D17C95" w14:textId="77777777" w:rsidR="00911E13" w:rsidRDefault="00000000">
            <w:pPr>
              <w:spacing w:after="20"/>
            </w:pPr>
            <w:r>
              <w:rPr>
                <w:b/>
                <w:sz w:val="18"/>
              </w:rPr>
              <w:t>Jennifer Francis</w:t>
            </w:r>
          </w:p>
          <w:p w14:paraId="59A52E5B" w14:textId="6325DB39" w:rsidR="00911E13" w:rsidRDefault="00206133">
            <w:pPr>
              <w:spacing w:after="10"/>
            </w:pPr>
            <w:r>
              <w:rPr>
                <w:color w:val="007A82"/>
                <w:sz w:val="15"/>
              </w:rPr>
              <w:t>Governance and Onboarding Manager</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30F03050" w14:textId="1F3AD9BF" w:rsidR="00911E13" w:rsidRDefault="00000000">
            <w:pPr>
              <w:spacing w:after="0"/>
              <w:jc w:val="center"/>
            </w:pPr>
            <w:r>
              <w:rPr>
                <w:sz w:val="15"/>
              </w:rPr>
              <w:t xml:space="preserve">Confirmed </w:t>
            </w:r>
            <w:r w:rsidR="00C24393">
              <w:rPr>
                <w:sz w:val="15"/>
              </w:rPr>
              <w:t>08.09.2025</w:t>
            </w:r>
          </w:p>
          <w:p w14:paraId="097A47BB" w14:textId="77777777" w:rsidR="00911E13" w:rsidRDefault="00000000">
            <w:pPr>
              <w:spacing w:after="0"/>
              <w:jc w:val="center"/>
            </w:pPr>
            <w:r>
              <w:rPr>
                <w:b/>
                <w:color w:val="007A82"/>
                <w:sz w:val="15"/>
              </w:rPr>
              <w:t>Updated 09.07.2026</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331E7C2B" w14:textId="77777777" w:rsidR="00911E13" w:rsidRDefault="00000000">
            <w:pPr>
              <w:spacing w:after="24" w:line="240" w:lineRule="auto"/>
              <w:ind w:left="85" w:hanging="85"/>
            </w:pPr>
            <w:r>
              <w:rPr>
                <w:sz w:val="16"/>
              </w:rPr>
              <w:t>• Husband is a Governor at Beaconfields Primary School (from 01.09.2024).</w:t>
            </w:r>
          </w:p>
          <w:p w14:paraId="338E500B" w14:textId="77777777" w:rsidR="00911E13" w:rsidRDefault="00000000">
            <w:pPr>
              <w:spacing w:after="24" w:line="240" w:lineRule="auto"/>
              <w:ind w:left="85" w:hanging="85"/>
            </w:pPr>
            <w:r>
              <w:rPr>
                <w:sz w:val="16"/>
              </w:rPr>
              <w:t>• Daughter is employed at Greenhall Little Learners Nursery. Declared 09.07.2026.</w:t>
            </w:r>
          </w:p>
        </w:tc>
      </w:tr>
      <w:tr w:rsidR="00911E13" w14:paraId="392A7298" w14:textId="77777777" w:rsidTr="00206133">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28CC9370" w14:textId="77777777" w:rsidR="00911E13" w:rsidRDefault="00000000">
            <w:pPr>
              <w:spacing w:after="20"/>
            </w:pPr>
            <w:r>
              <w:rPr>
                <w:b/>
                <w:sz w:val="18"/>
              </w:rPr>
              <w:t>Kate Hillman</w:t>
            </w:r>
          </w:p>
          <w:p w14:paraId="4B40FD76" w14:textId="77777777" w:rsidR="00911E13" w:rsidRDefault="00000000">
            <w:pPr>
              <w:spacing w:after="10"/>
            </w:pPr>
            <w:r>
              <w:rPr>
                <w:color w:val="007A82"/>
                <w:sz w:val="15"/>
              </w:rPr>
              <w:t>Chief Financial Officer</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1748868A" w14:textId="22FA42F4" w:rsidR="00911E13" w:rsidRDefault="00C24393">
            <w:pPr>
              <w:spacing w:after="0"/>
              <w:jc w:val="center"/>
            </w:pPr>
            <w:r>
              <w:rPr>
                <w:sz w:val="15"/>
              </w:rPr>
              <w:t>05.09.2025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545E1A79" w14:textId="77777777" w:rsidR="00911E13" w:rsidRDefault="00000000">
            <w:pPr>
              <w:spacing w:after="0"/>
            </w:pPr>
            <w:r>
              <w:rPr>
                <w:i/>
                <w:color w:val="6B7478"/>
                <w:sz w:val="16"/>
              </w:rPr>
              <w:t>Nothing to declare</w:t>
            </w:r>
          </w:p>
        </w:tc>
      </w:tr>
      <w:tr w:rsidR="00911E13" w14:paraId="36381B37" w14:textId="77777777" w:rsidTr="00206133">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A5C6AED" w14:textId="77777777" w:rsidR="00911E13" w:rsidRDefault="00000000">
            <w:pPr>
              <w:spacing w:after="20"/>
            </w:pPr>
            <w:r>
              <w:rPr>
                <w:b/>
                <w:sz w:val="18"/>
              </w:rPr>
              <w:t>Connor Millington</w:t>
            </w:r>
          </w:p>
          <w:p w14:paraId="667EC842" w14:textId="7A6CDB29" w:rsidR="00911E13" w:rsidRDefault="00206133">
            <w:pPr>
              <w:spacing w:after="10"/>
            </w:pPr>
            <w:r>
              <w:rPr>
                <w:color w:val="007A82"/>
                <w:sz w:val="15"/>
              </w:rPr>
              <w:t>Head of IT</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8D574BA" w14:textId="6D777DEB" w:rsidR="00911E13" w:rsidRDefault="00C24393">
            <w:pPr>
              <w:spacing w:after="0"/>
              <w:jc w:val="center"/>
            </w:pPr>
            <w:r>
              <w:rPr>
                <w:sz w:val="15"/>
              </w:rPr>
              <w:t>01.09.2025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FEBDADD" w14:textId="77777777" w:rsidR="00911E13" w:rsidRDefault="00000000">
            <w:pPr>
              <w:spacing w:after="0"/>
            </w:pPr>
            <w:r>
              <w:rPr>
                <w:i/>
                <w:color w:val="6B7478"/>
                <w:sz w:val="16"/>
              </w:rPr>
              <w:t>Nothing to declare</w:t>
            </w:r>
          </w:p>
        </w:tc>
      </w:tr>
      <w:tr w:rsidR="00206133" w14:paraId="6422A05C" w14:textId="77777777" w:rsidTr="00206133">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5F5F4554" w14:textId="77777777" w:rsidR="00206133" w:rsidRDefault="00206133">
            <w:pPr>
              <w:spacing w:after="20"/>
              <w:rPr>
                <w:b/>
                <w:sz w:val="18"/>
              </w:rPr>
            </w:pPr>
            <w:r>
              <w:rPr>
                <w:b/>
                <w:sz w:val="18"/>
              </w:rPr>
              <w:t>Sarah Kearney</w:t>
            </w:r>
          </w:p>
          <w:p w14:paraId="5A5DB19C" w14:textId="47BA80A6" w:rsidR="00206133" w:rsidRDefault="00206133" w:rsidP="00206133">
            <w:pPr>
              <w:spacing w:after="10"/>
              <w:rPr>
                <w:b/>
                <w:sz w:val="18"/>
              </w:rPr>
            </w:pPr>
            <w:r w:rsidRPr="00206133">
              <w:rPr>
                <w:color w:val="007A82"/>
                <w:sz w:val="15"/>
              </w:rPr>
              <w:t>Executive Support Officer</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577398E5" w14:textId="04E3891C" w:rsidR="00206133" w:rsidRDefault="00206133">
            <w:pPr>
              <w:spacing w:after="0"/>
              <w:jc w:val="center"/>
              <w:rPr>
                <w:sz w:val="15"/>
              </w:rPr>
            </w:pPr>
            <w:r>
              <w:rPr>
                <w:sz w:val="15"/>
              </w:rPr>
              <w:t>10.09.2025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08BD6043" w14:textId="586D0BFB" w:rsidR="00206133" w:rsidRDefault="00206133">
            <w:pPr>
              <w:spacing w:after="0"/>
              <w:rPr>
                <w:i/>
                <w:color w:val="6B7478"/>
                <w:sz w:val="16"/>
              </w:rPr>
            </w:pPr>
            <w:r>
              <w:rPr>
                <w:i/>
                <w:color w:val="6B7478"/>
                <w:sz w:val="16"/>
              </w:rPr>
              <w:t>Nothing to declare</w:t>
            </w:r>
          </w:p>
        </w:tc>
      </w:tr>
      <w:tr w:rsidR="00206133" w14:paraId="702744AB" w14:textId="77777777" w:rsidTr="009D0AD0">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7C4D5F7" w14:textId="77777777" w:rsidR="00206133" w:rsidRDefault="00206133">
            <w:pPr>
              <w:spacing w:after="20"/>
              <w:rPr>
                <w:b/>
                <w:sz w:val="18"/>
              </w:rPr>
            </w:pPr>
            <w:r>
              <w:rPr>
                <w:b/>
                <w:sz w:val="18"/>
              </w:rPr>
              <w:lastRenderedPageBreak/>
              <w:t>Dan Jenkins</w:t>
            </w:r>
          </w:p>
          <w:p w14:paraId="3A47A5E0" w14:textId="3C30ED65" w:rsidR="00206133" w:rsidRDefault="00206133" w:rsidP="00206133">
            <w:pPr>
              <w:spacing w:after="10"/>
              <w:rPr>
                <w:b/>
                <w:sz w:val="18"/>
              </w:rPr>
            </w:pPr>
            <w:r w:rsidRPr="00206133">
              <w:rPr>
                <w:color w:val="007A82"/>
                <w:sz w:val="15"/>
              </w:rPr>
              <w:t>Lead IT Technician</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9B34270" w14:textId="551DC621" w:rsidR="00206133" w:rsidRDefault="009D0AD0">
            <w:pPr>
              <w:spacing w:after="0"/>
              <w:jc w:val="center"/>
              <w:rPr>
                <w:sz w:val="15"/>
              </w:rPr>
            </w:pPr>
            <w:r>
              <w:rPr>
                <w:sz w:val="15"/>
              </w:rPr>
              <w:t>01.09.2025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D08A825" w14:textId="0EBBE7CB" w:rsidR="00206133" w:rsidRDefault="009D0AD0">
            <w:pPr>
              <w:spacing w:after="0"/>
              <w:rPr>
                <w:i/>
                <w:color w:val="6B7478"/>
                <w:sz w:val="16"/>
              </w:rPr>
            </w:pPr>
            <w:r>
              <w:rPr>
                <w:i/>
                <w:color w:val="6B7478"/>
                <w:sz w:val="16"/>
              </w:rPr>
              <w:t>Nothing to declare</w:t>
            </w:r>
          </w:p>
        </w:tc>
      </w:tr>
      <w:tr w:rsidR="00206133" w14:paraId="4A956B89" w14:textId="77777777" w:rsidTr="00206133">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05869A18" w14:textId="77777777" w:rsidR="00206133" w:rsidRDefault="00206133">
            <w:pPr>
              <w:spacing w:after="20"/>
              <w:rPr>
                <w:b/>
                <w:sz w:val="18"/>
              </w:rPr>
            </w:pPr>
            <w:r>
              <w:rPr>
                <w:b/>
                <w:sz w:val="18"/>
              </w:rPr>
              <w:t>Kieron Axten</w:t>
            </w:r>
          </w:p>
          <w:p w14:paraId="1144414C" w14:textId="17D23B33" w:rsidR="009D0AD0" w:rsidRDefault="009D0AD0">
            <w:pPr>
              <w:spacing w:after="20"/>
              <w:rPr>
                <w:b/>
                <w:sz w:val="18"/>
              </w:rPr>
            </w:pPr>
            <w:r w:rsidRPr="009D0AD0">
              <w:rPr>
                <w:color w:val="007A82"/>
                <w:sz w:val="15"/>
              </w:rPr>
              <w:t>Lead IT Technician</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0289A82D" w14:textId="4FB21D1D" w:rsidR="00206133" w:rsidRDefault="00206133">
            <w:pPr>
              <w:spacing w:after="0"/>
              <w:jc w:val="center"/>
              <w:rPr>
                <w:sz w:val="15"/>
              </w:rPr>
            </w:pPr>
            <w:r>
              <w:rPr>
                <w:sz w:val="15"/>
              </w:rPr>
              <w:t>01.09.2025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hemeFill="background1"/>
            <w:tcMar>
              <w:top w:w="70" w:type="dxa"/>
              <w:left w:w="95" w:type="dxa"/>
              <w:bottom w:w="70" w:type="dxa"/>
              <w:right w:w="95" w:type="dxa"/>
            </w:tcMar>
          </w:tcPr>
          <w:p w14:paraId="76057639" w14:textId="70B3459C" w:rsidR="00206133" w:rsidRDefault="00206133">
            <w:pPr>
              <w:spacing w:after="0"/>
              <w:rPr>
                <w:i/>
                <w:color w:val="6B7478"/>
                <w:sz w:val="16"/>
              </w:rPr>
            </w:pPr>
            <w:r>
              <w:rPr>
                <w:i/>
                <w:color w:val="6B7478"/>
                <w:sz w:val="16"/>
              </w:rPr>
              <w:t>Nothing to declare</w:t>
            </w:r>
          </w:p>
        </w:tc>
      </w:tr>
      <w:tr w:rsidR="009D0AD0" w14:paraId="65C72E3F" w14:textId="77777777" w:rsidTr="009D0AD0">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7ABAF591" w14:textId="77777777" w:rsidR="009D0AD0" w:rsidRDefault="009D0AD0">
            <w:pPr>
              <w:spacing w:after="20"/>
              <w:rPr>
                <w:b/>
                <w:sz w:val="18"/>
              </w:rPr>
            </w:pPr>
            <w:r>
              <w:rPr>
                <w:b/>
                <w:sz w:val="18"/>
              </w:rPr>
              <w:t>Chris Knapper</w:t>
            </w:r>
          </w:p>
          <w:p w14:paraId="130771CC" w14:textId="748C8EFD" w:rsidR="009D0AD0" w:rsidRDefault="009D0AD0">
            <w:pPr>
              <w:spacing w:after="20"/>
              <w:rPr>
                <w:b/>
                <w:sz w:val="18"/>
              </w:rPr>
            </w:pPr>
            <w:r w:rsidRPr="009D0AD0">
              <w:rPr>
                <w:color w:val="007A82"/>
                <w:sz w:val="15"/>
              </w:rPr>
              <w:t>Central Team Bursar</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FA55DD4" w14:textId="1FE3877F" w:rsidR="009D0AD0" w:rsidRDefault="009D0AD0">
            <w:pPr>
              <w:spacing w:after="0"/>
              <w:jc w:val="center"/>
              <w:rPr>
                <w:sz w:val="15"/>
              </w:rPr>
            </w:pPr>
            <w:r>
              <w:rPr>
                <w:sz w:val="15"/>
              </w:rPr>
              <w:t>01.11.2025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7EB5DA51" w14:textId="4E128C45" w:rsidR="009D0AD0" w:rsidRPr="009D0AD0" w:rsidRDefault="009D0AD0">
            <w:pPr>
              <w:spacing w:after="0"/>
              <w:rPr>
                <w:sz w:val="16"/>
              </w:rPr>
            </w:pPr>
            <w:r>
              <w:rPr>
                <w:sz w:val="16"/>
              </w:rPr>
              <w:t>•</w:t>
            </w:r>
            <w:r>
              <w:rPr>
                <w:sz w:val="16"/>
              </w:rPr>
              <w:t xml:space="preserve"> </w:t>
            </w:r>
            <w:r w:rsidRPr="009D0AD0">
              <w:rPr>
                <w:sz w:val="16"/>
              </w:rPr>
              <w:t>Daughter, employed at Beaconfields Primary School</w:t>
            </w:r>
          </w:p>
          <w:p w14:paraId="260D42C4" w14:textId="7B141FBD" w:rsidR="009D0AD0" w:rsidRDefault="009D0AD0">
            <w:pPr>
              <w:spacing w:after="0"/>
              <w:rPr>
                <w:i/>
                <w:color w:val="6B7478"/>
                <w:sz w:val="16"/>
              </w:rPr>
            </w:pPr>
            <w:r>
              <w:rPr>
                <w:sz w:val="16"/>
              </w:rPr>
              <w:t>•</w:t>
            </w:r>
            <w:r>
              <w:rPr>
                <w:sz w:val="16"/>
              </w:rPr>
              <w:t xml:space="preserve"> </w:t>
            </w:r>
            <w:r w:rsidRPr="009D0AD0">
              <w:rPr>
                <w:sz w:val="16"/>
              </w:rPr>
              <w:t>Partner, employed at Parkside Primary School</w:t>
            </w:r>
            <w:r>
              <w:rPr>
                <w:i/>
                <w:color w:val="6B7478"/>
                <w:sz w:val="16"/>
              </w:rPr>
              <w:t xml:space="preserve"> </w:t>
            </w:r>
          </w:p>
        </w:tc>
      </w:tr>
      <w:tr w:rsidR="009D0AD0" w14:paraId="4476D567" w14:textId="77777777" w:rsidTr="009D0AD0">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38703EE5" w14:textId="77777777" w:rsidR="009D0AD0" w:rsidRDefault="009D0AD0">
            <w:pPr>
              <w:spacing w:after="20"/>
              <w:rPr>
                <w:b/>
                <w:sz w:val="18"/>
              </w:rPr>
            </w:pPr>
            <w:r>
              <w:rPr>
                <w:b/>
                <w:sz w:val="18"/>
              </w:rPr>
              <w:t>Anne Tilley</w:t>
            </w:r>
          </w:p>
          <w:p w14:paraId="6CCD3418" w14:textId="7AADD02B" w:rsidR="009D0AD0" w:rsidRDefault="009D0AD0">
            <w:pPr>
              <w:spacing w:after="20"/>
              <w:rPr>
                <w:b/>
                <w:sz w:val="18"/>
              </w:rPr>
            </w:pPr>
            <w:r>
              <w:rPr>
                <w:color w:val="007A82"/>
                <w:sz w:val="15"/>
              </w:rPr>
              <w:t>Trust management Accountant</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75461F3" w14:textId="45D8A412" w:rsidR="009D0AD0" w:rsidRPr="009D0AD0" w:rsidRDefault="009D0AD0">
            <w:pPr>
              <w:spacing w:after="0"/>
              <w:jc w:val="center"/>
              <w:rPr>
                <w:iCs/>
                <w:color w:val="6B7478"/>
                <w:sz w:val="16"/>
              </w:rPr>
            </w:pPr>
            <w:r w:rsidRPr="009D0AD0">
              <w:rPr>
                <w:sz w:val="15"/>
              </w:rPr>
              <w:t>12.09.2025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B3E6A0B" w14:textId="10799A59" w:rsidR="009D0AD0" w:rsidRPr="009D0AD0" w:rsidRDefault="009D0AD0">
            <w:pPr>
              <w:spacing w:after="0"/>
              <w:rPr>
                <w:i/>
                <w:color w:val="6B7478"/>
                <w:sz w:val="16"/>
              </w:rPr>
            </w:pPr>
            <w:r w:rsidRPr="009D0AD0">
              <w:rPr>
                <w:i/>
                <w:color w:val="6B7478"/>
                <w:sz w:val="16"/>
              </w:rPr>
              <w:t>Nothing to declare</w:t>
            </w:r>
          </w:p>
        </w:tc>
      </w:tr>
      <w:tr w:rsidR="00911E13" w14:paraId="488C723F"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2178D909" w14:textId="77777777" w:rsidR="00911E13" w:rsidRDefault="00000000">
            <w:pPr>
              <w:spacing w:after="20"/>
            </w:pPr>
            <w:r>
              <w:rPr>
                <w:b/>
                <w:sz w:val="18"/>
              </w:rPr>
              <w:t>Tracy Price</w:t>
            </w:r>
          </w:p>
          <w:p w14:paraId="342AEFC2" w14:textId="77777777" w:rsidR="00911E13" w:rsidRDefault="00000000">
            <w:pPr>
              <w:spacing w:after="10"/>
            </w:pPr>
            <w:r>
              <w:rPr>
                <w:color w:val="007A82"/>
                <w:sz w:val="15"/>
              </w:rPr>
              <w:t>Headteacher - James Bateman Middle School</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6E3CB5DF" w14:textId="7380F1B7" w:rsidR="00911E13" w:rsidRDefault="008B3D5B">
            <w:pPr>
              <w:spacing w:after="0"/>
              <w:jc w:val="center"/>
            </w:pPr>
            <w:r>
              <w:rPr>
                <w:sz w:val="15"/>
              </w:rPr>
              <w:t>30.10.2025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64B55968" w14:textId="77777777" w:rsidR="008B3D5B" w:rsidRDefault="00000000">
            <w:pPr>
              <w:spacing w:after="24" w:line="240" w:lineRule="auto"/>
              <w:ind w:left="85" w:hanging="85"/>
              <w:rPr>
                <w:sz w:val="16"/>
              </w:rPr>
            </w:pPr>
            <w:r>
              <w:rPr>
                <w:sz w:val="16"/>
              </w:rPr>
              <w:t>• Daughter is employed at Hempstalls Primary School</w:t>
            </w:r>
            <w:r w:rsidR="008B3D5B">
              <w:rPr>
                <w:sz w:val="16"/>
              </w:rPr>
              <w:t xml:space="preserve"> from 1.11.2018; </w:t>
            </w:r>
          </w:p>
          <w:p w14:paraId="0AC86564" w14:textId="06301C38" w:rsidR="008B3D5B" w:rsidRDefault="008B3D5B">
            <w:pPr>
              <w:spacing w:after="24" w:line="240" w:lineRule="auto"/>
              <w:ind w:left="85" w:hanging="85"/>
              <w:rPr>
                <w:sz w:val="16"/>
              </w:rPr>
            </w:pPr>
            <w:r>
              <w:rPr>
                <w:sz w:val="16"/>
              </w:rPr>
              <w:t>•</w:t>
            </w:r>
            <w:r>
              <w:rPr>
                <w:sz w:val="16"/>
              </w:rPr>
              <w:t xml:space="preserve"> </w:t>
            </w:r>
            <w:r w:rsidRPr="008B3D5B">
              <w:rPr>
                <w:sz w:val="16"/>
              </w:rPr>
              <w:t xml:space="preserve">Dominic Thorley is a teaching assistant at </w:t>
            </w:r>
            <w:proofErr w:type="spellStart"/>
            <w:r w:rsidRPr="008B3D5B">
              <w:rPr>
                <w:sz w:val="16"/>
              </w:rPr>
              <w:t>Hempstalls</w:t>
            </w:r>
            <w:proofErr w:type="spellEnd"/>
            <w:r w:rsidRPr="008B3D5B">
              <w:rPr>
                <w:sz w:val="16"/>
              </w:rPr>
              <w:t xml:space="preserve"> Primary School and </w:t>
            </w:r>
            <w:proofErr w:type="gramStart"/>
            <w:r w:rsidRPr="008B3D5B">
              <w:rPr>
                <w:sz w:val="16"/>
              </w:rPr>
              <w:t>is</w:t>
            </w:r>
            <w:proofErr w:type="gramEnd"/>
            <w:r w:rsidRPr="008B3D5B">
              <w:rPr>
                <w:sz w:val="16"/>
              </w:rPr>
              <w:t xml:space="preserve"> the fiancé of my daughter</w:t>
            </w:r>
            <w:r>
              <w:rPr>
                <w:sz w:val="16"/>
              </w:rPr>
              <w:t xml:space="preserve"> since 01.09.2022; </w:t>
            </w:r>
          </w:p>
          <w:p w14:paraId="570DDA22" w14:textId="7EB73A60" w:rsidR="008B3D5B" w:rsidRDefault="008B3D5B">
            <w:pPr>
              <w:spacing w:after="24" w:line="240" w:lineRule="auto"/>
              <w:ind w:left="85" w:hanging="85"/>
              <w:rPr>
                <w:sz w:val="16"/>
              </w:rPr>
            </w:pPr>
            <w:r>
              <w:rPr>
                <w:sz w:val="16"/>
              </w:rPr>
              <w:t>•</w:t>
            </w:r>
            <w:r>
              <w:rPr>
                <w:sz w:val="16"/>
              </w:rPr>
              <w:t xml:space="preserve"> </w:t>
            </w:r>
            <w:r w:rsidRPr="008B3D5B">
              <w:rPr>
                <w:sz w:val="16"/>
              </w:rPr>
              <w:t>Company used by the Trust and owned by my husband Mark Price</w:t>
            </w:r>
            <w:r>
              <w:rPr>
                <w:sz w:val="16"/>
              </w:rPr>
              <w:t xml:space="preserve"> from 01.09.2022; </w:t>
            </w:r>
          </w:p>
          <w:p w14:paraId="2A1A2865" w14:textId="1BE0E7AC" w:rsidR="00911E13" w:rsidRDefault="008B3D5B">
            <w:pPr>
              <w:spacing w:after="24" w:line="240" w:lineRule="auto"/>
              <w:ind w:left="85" w:hanging="85"/>
            </w:pPr>
            <w:r>
              <w:rPr>
                <w:sz w:val="16"/>
              </w:rPr>
              <w:t>•</w:t>
            </w:r>
            <w:r>
              <w:rPr>
                <w:sz w:val="16"/>
              </w:rPr>
              <w:t xml:space="preserve"> </w:t>
            </w:r>
            <w:r w:rsidRPr="008B3D5B">
              <w:rPr>
                <w:sz w:val="16"/>
              </w:rPr>
              <w:t>Emily Price, my daughter is pastoral support at James Bateman</w:t>
            </w:r>
            <w:r>
              <w:rPr>
                <w:sz w:val="16"/>
              </w:rPr>
              <w:t xml:space="preserve"> Middle School.</w:t>
            </w:r>
          </w:p>
        </w:tc>
      </w:tr>
      <w:tr w:rsidR="00911E13" w14:paraId="53BEC1D0"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F07C6A2" w14:textId="77777777" w:rsidR="00911E13" w:rsidRDefault="00000000">
            <w:pPr>
              <w:spacing w:after="20"/>
            </w:pPr>
            <w:r>
              <w:rPr>
                <w:b/>
                <w:sz w:val="18"/>
              </w:rPr>
              <w:t>Liz Bradbury</w:t>
            </w:r>
          </w:p>
          <w:p w14:paraId="785C1655" w14:textId="77777777" w:rsidR="00911E13" w:rsidRDefault="00000000">
            <w:pPr>
              <w:spacing w:after="10"/>
            </w:pPr>
            <w:r>
              <w:rPr>
                <w:color w:val="007A82"/>
                <w:sz w:val="15"/>
              </w:rPr>
              <w:t>Headteacher - Thursfield Primary School</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7FD1A0C7" w14:textId="44B71F9E" w:rsidR="00911E13" w:rsidRDefault="008B3D5B">
            <w:pPr>
              <w:spacing w:after="0"/>
              <w:jc w:val="center"/>
            </w:pPr>
            <w:r>
              <w:rPr>
                <w:sz w:val="15"/>
              </w:rPr>
              <w:t>07.09.2025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811F3B2" w14:textId="77777777" w:rsidR="00911E13" w:rsidRDefault="00000000">
            <w:pPr>
              <w:spacing w:after="0"/>
            </w:pPr>
            <w:r>
              <w:rPr>
                <w:i/>
                <w:color w:val="6B7478"/>
                <w:sz w:val="16"/>
              </w:rPr>
              <w:t>Nothing to declare</w:t>
            </w:r>
          </w:p>
        </w:tc>
      </w:tr>
      <w:tr w:rsidR="00911E13" w14:paraId="54482C1A"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581E33B5" w14:textId="77777777" w:rsidR="00911E13" w:rsidRDefault="00000000">
            <w:pPr>
              <w:spacing w:after="20"/>
            </w:pPr>
            <w:r>
              <w:rPr>
                <w:b/>
                <w:sz w:val="18"/>
              </w:rPr>
              <w:t>Amelia Bell</w:t>
            </w:r>
          </w:p>
          <w:p w14:paraId="19B29D38" w14:textId="77777777" w:rsidR="00911E13" w:rsidRDefault="00000000">
            <w:pPr>
              <w:spacing w:after="10"/>
            </w:pPr>
            <w:r>
              <w:rPr>
                <w:color w:val="007A82"/>
                <w:sz w:val="15"/>
              </w:rPr>
              <w:t>Headteacher - Hempstalls Primary School</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446277C" w14:textId="1F603BCA" w:rsidR="00911E13" w:rsidRDefault="008B3D5B">
            <w:pPr>
              <w:spacing w:after="0"/>
              <w:jc w:val="center"/>
            </w:pPr>
            <w:r>
              <w:rPr>
                <w:sz w:val="15"/>
              </w:rPr>
              <w:t>17.09.2025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265BE73" w14:textId="778F363F" w:rsidR="00911E13" w:rsidRDefault="00206133">
            <w:pPr>
              <w:spacing w:after="0"/>
            </w:pPr>
            <w:r>
              <w:rPr>
                <w:sz w:val="16"/>
              </w:rPr>
              <w:t>•</w:t>
            </w:r>
            <w:r>
              <w:rPr>
                <w:sz w:val="16"/>
              </w:rPr>
              <w:t xml:space="preserve"> </w:t>
            </w:r>
            <w:r w:rsidRPr="00206133">
              <w:rPr>
                <w:iCs/>
                <w:color w:val="auto"/>
                <w:sz w:val="16"/>
              </w:rPr>
              <w:t>Governor at Doxey Academy</w:t>
            </w:r>
          </w:p>
        </w:tc>
      </w:tr>
      <w:tr w:rsidR="00911E13" w14:paraId="61F17795"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FD0B19E" w14:textId="77777777" w:rsidR="00911E13" w:rsidRDefault="00000000">
            <w:pPr>
              <w:spacing w:after="20"/>
            </w:pPr>
            <w:r>
              <w:rPr>
                <w:b/>
                <w:sz w:val="18"/>
              </w:rPr>
              <w:t>Nicky Cartwright</w:t>
            </w:r>
          </w:p>
          <w:p w14:paraId="343AE1E0" w14:textId="77777777" w:rsidR="00911E13" w:rsidRDefault="00000000">
            <w:pPr>
              <w:spacing w:after="10"/>
            </w:pPr>
            <w:r>
              <w:rPr>
                <w:color w:val="007A82"/>
                <w:sz w:val="15"/>
              </w:rPr>
              <w:t>Headteacher - Langdale Primary School</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1F8225E" w14:textId="4F436FF5" w:rsidR="00911E13" w:rsidRDefault="008B3D5B">
            <w:pPr>
              <w:spacing w:after="0"/>
              <w:jc w:val="center"/>
            </w:pPr>
            <w:r>
              <w:rPr>
                <w:sz w:val="15"/>
              </w:rPr>
              <w:t>10.09.2025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374B61BE" w14:textId="77777777" w:rsidR="00911E13" w:rsidRDefault="00000000">
            <w:pPr>
              <w:spacing w:after="24" w:line="240" w:lineRule="auto"/>
              <w:ind w:left="85" w:hanging="85"/>
            </w:pPr>
            <w:r>
              <w:rPr>
                <w:sz w:val="16"/>
              </w:rPr>
              <w:t>• Thursfield Primary School - Governor.</w:t>
            </w:r>
          </w:p>
        </w:tc>
      </w:tr>
      <w:tr w:rsidR="00911E13" w14:paraId="336DC2EB"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07858CDD" w14:textId="44906B07" w:rsidR="00911E13" w:rsidRDefault="008B3D5B">
            <w:pPr>
              <w:spacing w:after="20"/>
            </w:pPr>
            <w:r>
              <w:rPr>
                <w:b/>
                <w:sz w:val="18"/>
              </w:rPr>
              <w:t>Sophie Jones</w:t>
            </w:r>
          </w:p>
          <w:p w14:paraId="2979A5D2" w14:textId="5475D92F" w:rsidR="00911E13" w:rsidRDefault="00000000">
            <w:pPr>
              <w:spacing w:after="10"/>
            </w:pPr>
            <w:r>
              <w:rPr>
                <w:color w:val="007A82"/>
                <w:sz w:val="15"/>
              </w:rPr>
              <w:t xml:space="preserve">Headteacher </w:t>
            </w:r>
            <w:r w:rsidR="008B3D5B">
              <w:rPr>
                <w:color w:val="007A82"/>
                <w:sz w:val="15"/>
              </w:rPr>
              <w:t>–</w:t>
            </w:r>
            <w:r>
              <w:rPr>
                <w:color w:val="007A82"/>
                <w:sz w:val="15"/>
              </w:rPr>
              <w:t xml:space="preserve"> </w:t>
            </w:r>
            <w:r w:rsidR="008B3D5B">
              <w:rPr>
                <w:color w:val="007A82"/>
                <w:sz w:val="15"/>
              </w:rPr>
              <w:t>Parkside Primary</w:t>
            </w:r>
            <w:r>
              <w:rPr>
                <w:color w:val="007A82"/>
                <w:sz w:val="15"/>
              </w:rPr>
              <w:t xml:space="preserve"> School</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ADB3139" w14:textId="15E1EBE0" w:rsidR="00911E13" w:rsidRDefault="008B3D5B">
            <w:pPr>
              <w:spacing w:after="0"/>
              <w:jc w:val="center"/>
            </w:pPr>
            <w:r>
              <w:rPr>
                <w:sz w:val="15"/>
              </w:rPr>
              <w:t>23.09.2025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05FC1993" w14:textId="77777777" w:rsidR="00911E13" w:rsidRDefault="00000000">
            <w:pPr>
              <w:spacing w:after="0"/>
            </w:pPr>
            <w:r>
              <w:rPr>
                <w:i/>
                <w:color w:val="6B7478"/>
                <w:sz w:val="16"/>
              </w:rPr>
              <w:t>Nothing to declare</w:t>
            </w:r>
          </w:p>
        </w:tc>
      </w:tr>
      <w:tr w:rsidR="00911E13" w14:paraId="1D816D7E"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4DB72C9" w14:textId="77777777" w:rsidR="00911E13" w:rsidRDefault="00000000">
            <w:pPr>
              <w:spacing w:after="20"/>
            </w:pPr>
            <w:r>
              <w:rPr>
                <w:b/>
                <w:sz w:val="18"/>
              </w:rPr>
              <w:t>Lindsay Harris</w:t>
            </w:r>
          </w:p>
          <w:p w14:paraId="41CF5273" w14:textId="7BE4BF46" w:rsidR="00911E13" w:rsidRDefault="008B3D5B">
            <w:pPr>
              <w:spacing w:after="10"/>
            </w:pPr>
            <w:r>
              <w:rPr>
                <w:color w:val="007A82"/>
                <w:sz w:val="15"/>
              </w:rPr>
              <w:t xml:space="preserve">Executive </w:t>
            </w:r>
            <w:r w:rsidR="00000000">
              <w:rPr>
                <w:color w:val="007A82"/>
                <w:sz w:val="15"/>
              </w:rPr>
              <w:t>Headteacher - Green Lea First School</w:t>
            </w:r>
            <w:r>
              <w:rPr>
                <w:color w:val="007A82"/>
                <w:sz w:val="15"/>
              </w:rPr>
              <w:t xml:space="preserve"> &amp; Manor Hill First School </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99ADFEA" w14:textId="39746AD3" w:rsidR="00911E13" w:rsidRDefault="008B3D5B">
            <w:pPr>
              <w:spacing w:after="0"/>
              <w:jc w:val="center"/>
            </w:pPr>
            <w:r>
              <w:rPr>
                <w:sz w:val="15"/>
              </w:rPr>
              <w:t>12.09.2025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58D018D" w14:textId="77777777" w:rsidR="00911E13" w:rsidRDefault="00000000">
            <w:pPr>
              <w:spacing w:after="0"/>
            </w:pPr>
            <w:r>
              <w:rPr>
                <w:i/>
                <w:color w:val="6B7478"/>
                <w:sz w:val="16"/>
              </w:rPr>
              <w:t>Nothing to declare</w:t>
            </w:r>
          </w:p>
        </w:tc>
      </w:tr>
      <w:tr w:rsidR="00911E13" w14:paraId="77E4FB22"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09524A80" w14:textId="77777777" w:rsidR="00911E13" w:rsidRDefault="00000000">
            <w:pPr>
              <w:spacing w:after="20"/>
            </w:pPr>
            <w:r>
              <w:rPr>
                <w:b/>
                <w:sz w:val="18"/>
              </w:rPr>
              <w:t>Jo Di Castiglione</w:t>
            </w:r>
          </w:p>
          <w:p w14:paraId="3500CE2B" w14:textId="7E4D39B4" w:rsidR="00911E13" w:rsidRDefault="00000000">
            <w:pPr>
              <w:spacing w:after="10"/>
            </w:pPr>
            <w:r>
              <w:rPr>
                <w:color w:val="007A82"/>
                <w:sz w:val="15"/>
              </w:rPr>
              <w:t xml:space="preserve">Headteacher - Greenhall </w:t>
            </w:r>
            <w:r w:rsidR="008B3D5B">
              <w:rPr>
                <w:color w:val="007A82"/>
                <w:sz w:val="15"/>
              </w:rPr>
              <w:t>School</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AF20DE7" w14:textId="650C8DC2" w:rsidR="00911E13" w:rsidRDefault="00206133">
            <w:pPr>
              <w:spacing w:after="0"/>
              <w:jc w:val="center"/>
            </w:pPr>
            <w:r>
              <w:rPr>
                <w:sz w:val="15"/>
              </w:rPr>
              <w:t>23.09.2025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10B21BF" w14:textId="55C834B8" w:rsidR="00911E13" w:rsidRDefault="008B3D5B">
            <w:pPr>
              <w:spacing w:after="24" w:line="240" w:lineRule="auto"/>
              <w:ind w:left="85" w:hanging="85"/>
              <w:rPr>
                <w:sz w:val="16"/>
              </w:rPr>
            </w:pPr>
            <w:r>
              <w:rPr>
                <w:sz w:val="16"/>
              </w:rPr>
              <w:t>•</w:t>
            </w:r>
            <w:r>
              <w:rPr>
                <w:sz w:val="16"/>
              </w:rPr>
              <w:t xml:space="preserve"> </w:t>
            </w:r>
            <w:r w:rsidR="00000000">
              <w:rPr>
                <w:sz w:val="16"/>
              </w:rPr>
              <w:t>Parkside Primary School - Governor.</w:t>
            </w:r>
          </w:p>
          <w:p w14:paraId="330C3F4B" w14:textId="6FDD16EF" w:rsidR="008B3D5B" w:rsidRPr="008B3D5B" w:rsidRDefault="008B3D5B" w:rsidP="008B3D5B">
            <w:pPr>
              <w:spacing w:after="24" w:line="240" w:lineRule="auto"/>
              <w:rPr>
                <w:sz w:val="16"/>
              </w:rPr>
            </w:pPr>
            <w:r>
              <w:rPr>
                <w:sz w:val="16"/>
              </w:rPr>
              <w:t>•</w:t>
            </w:r>
            <w:r>
              <w:rPr>
                <w:sz w:val="16"/>
              </w:rPr>
              <w:t xml:space="preserve"> </w:t>
            </w:r>
            <w:r w:rsidRPr="008B3D5B">
              <w:rPr>
                <w:sz w:val="16"/>
              </w:rPr>
              <w:t>Manager of Little Learners at Greenhall, a governor-run nursery.</w:t>
            </w:r>
          </w:p>
        </w:tc>
      </w:tr>
      <w:tr w:rsidR="00911E13" w14:paraId="0A8B4C11"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6832DDB" w14:textId="77777777" w:rsidR="00911E13" w:rsidRDefault="00000000">
            <w:pPr>
              <w:spacing w:after="20"/>
            </w:pPr>
            <w:r>
              <w:rPr>
                <w:b/>
                <w:sz w:val="18"/>
              </w:rPr>
              <w:t>Rebecca Bell</w:t>
            </w:r>
          </w:p>
          <w:p w14:paraId="1182F09F" w14:textId="70AA31E7" w:rsidR="00911E13" w:rsidRDefault="00000000">
            <w:pPr>
              <w:spacing w:after="10"/>
            </w:pPr>
            <w:r>
              <w:rPr>
                <w:color w:val="007A82"/>
                <w:sz w:val="15"/>
              </w:rPr>
              <w:t>Executive Headteacher</w:t>
            </w:r>
            <w:r w:rsidR="008B3D5B">
              <w:rPr>
                <w:color w:val="007A82"/>
                <w:sz w:val="15"/>
              </w:rPr>
              <w:t xml:space="preserve"> – Beaconfields and Burleyfields Primary School </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755B0DE" w14:textId="4268A165" w:rsidR="00911E13" w:rsidRDefault="008B3D5B">
            <w:pPr>
              <w:spacing w:after="0"/>
              <w:jc w:val="center"/>
            </w:pPr>
            <w:r>
              <w:rPr>
                <w:sz w:val="15"/>
              </w:rPr>
              <w:t>29.09.2025</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D6F1BD3" w14:textId="77777777" w:rsidR="00911E13" w:rsidRDefault="00000000">
            <w:pPr>
              <w:spacing w:after="24" w:line="240" w:lineRule="auto"/>
              <w:ind w:left="85" w:hanging="85"/>
            </w:pPr>
            <w:r>
              <w:rPr>
                <w:sz w:val="16"/>
              </w:rPr>
              <w:t>• Father is employed at Parkside Primary School.</w:t>
            </w:r>
          </w:p>
        </w:tc>
      </w:tr>
      <w:tr w:rsidR="00911E13" w14:paraId="0229210E"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1CF1D68F" w14:textId="77777777" w:rsidR="00911E13" w:rsidRDefault="00000000">
            <w:pPr>
              <w:spacing w:after="20"/>
            </w:pPr>
            <w:r>
              <w:rPr>
                <w:b/>
                <w:sz w:val="18"/>
              </w:rPr>
              <w:t>Laura Lazenby</w:t>
            </w:r>
          </w:p>
          <w:p w14:paraId="04C0F023" w14:textId="77777777" w:rsidR="00911E13" w:rsidRDefault="00000000">
            <w:pPr>
              <w:spacing w:after="10"/>
            </w:pPr>
            <w:r>
              <w:rPr>
                <w:color w:val="007A82"/>
                <w:sz w:val="15"/>
              </w:rPr>
              <w:t>Headteacher - Doxey Academy</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8C92D6D" w14:textId="2A38364D" w:rsidR="00911E13" w:rsidRDefault="008B3D5B">
            <w:pPr>
              <w:spacing w:after="0"/>
              <w:jc w:val="center"/>
            </w:pPr>
            <w:r>
              <w:rPr>
                <w:sz w:val="15"/>
              </w:rPr>
              <w:t>23.09.2025</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58E0B013" w14:textId="77777777" w:rsidR="00911E13" w:rsidRDefault="00000000">
            <w:pPr>
              <w:spacing w:after="24" w:line="240" w:lineRule="auto"/>
              <w:ind w:left="85" w:hanging="85"/>
            </w:pPr>
            <w:r>
              <w:rPr>
                <w:sz w:val="16"/>
              </w:rPr>
              <w:t>• Royal Institution of Chartered Surveyors (RICS) - Associate Member.</w:t>
            </w:r>
          </w:p>
          <w:p w14:paraId="3ECF9DF2" w14:textId="77777777" w:rsidR="00911E13" w:rsidRDefault="00000000">
            <w:pPr>
              <w:spacing w:after="24" w:line="240" w:lineRule="auto"/>
              <w:ind w:left="85" w:hanging="85"/>
            </w:pPr>
            <w:r>
              <w:rPr>
                <w:sz w:val="16"/>
              </w:rPr>
              <w:t>• Chartered Management Institute - Fellow.</w:t>
            </w:r>
          </w:p>
          <w:p w14:paraId="3DEB2CF9" w14:textId="77777777" w:rsidR="00911E13" w:rsidRDefault="00000000">
            <w:pPr>
              <w:spacing w:after="24" w:line="240" w:lineRule="auto"/>
              <w:ind w:left="85" w:hanging="85"/>
            </w:pPr>
            <w:r>
              <w:rPr>
                <w:sz w:val="16"/>
              </w:rPr>
              <w:t>• Sir Graham Balfour High School - Governor.</w:t>
            </w:r>
          </w:p>
        </w:tc>
      </w:tr>
    </w:tbl>
    <w:p w14:paraId="7EE5CC55" w14:textId="77777777" w:rsidR="00911E13" w:rsidRDefault="00911E13">
      <w:pPr>
        <w:spacing w:after="0"/>
      </w:pPr>
    </w:p>
    <w:p w14:paraId="4C652BE1" w14:textId="77777777" w:rsidR="009D0AD0" w:rsidRDefault="009D0AD0">
      <w:pPr>
        <w:pStyle w:val="Heading1"/>
        <w:pBdr>
          <w:bottom w:val="single" w:sz="12" w:space="1" w:color="009CA6"/>
        </w:pBdr>
        <w:spacing w:before="160" w:after="80"/>
        <w:rPr>
          <w:rFonts w:ascii="Arial" w:hAnsi="Arial"/>
          <w:sz w:val="25"/>
        </w:rPr>
      </w:pPr>
    </w:p>
    <w:p w14:paraId="40AC83E5" w14:textId="2533B9A1" w:rsidR="00911E13" w:rsidRDefault="00000000">
      <w:pPr>
        <w:pStyle w:val="Heading1"/>
        <w:pBdr>
          <w:bottom w:val="single" w:sz="12" w:space="1" w:color="009CA6"/>
        </w:pBdr>
        <w:spacing w:before="160" w:after="80"/>
      </w:pPr>
      <w:r>
        <w:rPr>
          <w:rFonts w:ascii="Arial" w:hAnsi="Arial"/>
          <w:sz w:val="25"/>
        </w:rPr>
        <w:t>Appendix 1. Historical Trustee and Other Positions</w:t>
      </w:r>
    </w:p>
    <w:p w14:paraId="354CBB37" w14:textId="77777777" w:rsidR="00911E13" w:rsidRDefault="00000000">
      <w:pPr>
        <w:keepNext/>
        <w:spacing w:after="80"/>
      </w:pPr>
      <w:r>
        <w:rPr>
          <w:color w:val="6B7478"/>
          <w:sz w:val="16"/>
        </w:rPr>
        <w:t>Historical entries are separated from the current register to make status clear.</w:t>
      </w:r>
    </w:p>
    <w:tbl>
      <w:tblPr>
        <w:tblW w:w="0" w:type="auto"/>
        <w:jc w:val="center"/>
        <w:tblLayout w:type="fixed"/>
        <w:tblLook w:val="04A0" w:firstRow="1" w:lastRow="0" w:firstColumn="1" w:lastColumn="0" w:noHBand="0" w:noVBand="1"/>
      </w:tblPr>
      <w:tblGrid>
        <w:gridCol w:w="3402"/>
        <w:gridCol w:w="2154"/>
        <w:gridCol w:w="9524"/>
      </w:tblGrid>
      <w:tr w:rsidR="00911E13" w14:paraId="2FE360A7" w14:textId="77777777">
        <w:trPr>
          <w:tblHeader/>
          <w:jc w:val="center"/>
        </w:trPr>
        <w:tc>
          <w:tcPr>
            <w:tcW w:w="3402"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5BB6EA58" w14:textId="77777777" w:rsidR="00911E13" w:rsidRDefault="00000000">
            <w:pPr>
              <w:spacing w:after="0"/>
            </w:pPr>
            <w:r>
              <w:rPr>
                <w:b/>
                <w:color w:val="FFFFFF"/>
                <w:sz w:val="16"/>
              </w:rPr>
              <w:t>Name and appointment</w:t>
            </w:r>
          </w:p>
        </w:tc>
        <w:tc>
          <w:tcPr>
            <w:tcW w:w="2154" w:type="dxa"/>
            <w:tcBorders>
              <w:top w:val="single" w:sz="8" w:space="0" w:color="3D4548"/>
              <w:left w:val="single" w:sz="4" w:space="0" w:color="FFFFFF"/>
              <w:bottom w:val="single" w:sz="8" w:space="0" w:color="3D4548"/>
              <w:right w:val="single" w:sz="4" w:space="0" w:color="FFFFFF"/>
            </w:tcBorders>
            <w:shd w:val="clear" w:color="auto" w:fill="007A82"/>
            <w:tcMar>
              <w:top w:w="80" w:type="dxa"/>
              <w:left w:w="100" w:type="dxa"/>
              <w:bottom w:w="80" w:type="dxa"/>
              <w:right w:w="100" w:type="dxa"/>
            </w:tcMar>
          </w:tcPr>
          <w:p w14:paraId="1349291C" w14:textId="77777777" w:rsidR="00911E13" w:rsidRDefault="00000000">
            <w:pPr>
              <w:spacing w:after="0"/>
              <w:jc w:val="center"/>
            </w:pPr>
            <w:r>
              <w:rPr>
                <w:b/>
                <w:color w:val="FFFFFF"/>
                <w:sz w:val="16"/>
              </w:rPr>
              <w:t>Declaration confirmed / updated</w:t>
            </w:r>
          </w:p>
        </w:tc>
        <w:tc>
          <w:tcPr>
            <w:tcW w:w="9524"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78BAC34D" w14:textId="77777777" w:rsidR="00911E13" w:rsidRDefault="00000000">
            <w:pPr>
              <w:spacing w:after="0"/>
            </w:pPr>
            <w:r>
              <w:rPr>
                <w:b/>
                <w:color w:val="FFFFFF"/>
                <w:sz w:val="16"/>
              </w:rPr>
              <w:t>Interests declared</w:t>
            </w:r>
          </w:p>
        </w:tc>
      </w:tr>
      <w:tr w:rsidR="00911E13" w14:paraId="12CBD4A3"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0FFADED" w14:textId="77777777" w:rsidR="00911E13" w:rsidRDefault="00000000">
            <w:pPr>
              <w:spacing w:after="20"/>
            </w:pPr>
            <w:r>
              <w:rPr>
                <w:b/>
                <w:sz w:val="18"/>
              </w:rPr>
              <w:t>Jo Everill</w:t>
            </w:r>
          </w:p>
          <w:p w14:paraId="2BC02CF9" w14:textId="77777777" w:rsidR="00911E13" w:rsidRDefault="00000000">
            <w:pPr>
              <w:spacing w:after="10"/>
            </w:pPr>
            <w:r>
              <w:rPr>
                <w:color w:val="007A82"/>
                <w:sz w:val="15"/>
              </w:rPr>
              <w:t>Former Member-Appointed Trustee</w:t>
            </w:r>
          </w:p>
          <w:p w14:paraId="068A1810" w14:textId="77777777" w:rsidR="00911E13" w:rsidRDefault="00000000">
            <w:pPr>
              <w:spacing w:after="0"/>
            </w:pPr>
            <w:r>
              <w:rPr>
                <w:color w:val="6B7478"/>
                <w:sz w:val="14"/>
              </w:rPr>
              <w:t>Term: 14.02.2025 to 13.02.2029; removed 20.03.2025</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AC9DBDA" w14:textId="77777777" w:rsidR="00911E13" w:rsidRDefault="00000000">
            <w:pPr>
              <w:spacing w:after="0"/>
              <w:jc w:val="center"/>
            </w:pPr>
            <w:r>
              <w:rPr>
                <w:sz w:val="15"/>
              </w:rPr>
              <w:t>No date recorded</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2D042352" w14:textId="77777777" w:rsidR="00911E13" w:rsidRDefault="00000000">
            <w:pPr>
              <w:spacing w:after="0"/>
            </w:pPr>
            <w:r>
              <w:rPr>
                <w:i/>
                <w:color w:val="6B7478"/>
                <w:sz w:val="16"/>
              </w:rPr>
              <w:t>Nothing to declare</w:t>
            </w:r>
          </w:p>
        </w:tc>
      </w:tr>
      <w:tr w:rsidR="00911E13" w14:paraId="6772C754"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30A92E82" w14:textId="77777777" w:rsidR="00911E13" w:rsidRDefault="00000000">
            <w:pPr>
              <w:spacing w:after="20"/>
            </w:pPr>
            <w:r>
              <w:rPr>
                <w:b/>
                <w:sz w:val="18"/>
              </w:rPr>
              <w:t>Robert Owen</w:t>
            </w:r>
          </w:p>
          <w:p w14:paraId="6569FB07" w14:textId="77777777" w:rsidR="00911E13" w:rsidRDefault="00000000">
            <w:pPr>
              <w:spacing w:after="10"/>
            </w:pPr>
            <w:r>
              <w:rPr>
                <w:color w:val="007A82"/>
                <w:sz w:val="15"/>
              </w:rPr>
              <w:t>Former Trustee</w:t>
            </w:r>
          </w:p>
          <w:p w14:paraId="2DD03886" w14:textId="77777777" w:rsidR="00911E13" w:rsidRDefault="00000000">
            <w:pPr>
              <w:spacing w:after="0"/>
            </w:pPr>
            <w:r>
              <w:rPr>
                <w:color w:val="6B7478"/>
                <w:sz w:val="14"/>
              </w:rPr>
              <w:t>Term: 15.12.2022 to 14.12.2026; removed 04.12.2024</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815459F" w14:textId="77777777" w:rsidR="00911E13" w:rsidRDefault="00000000">
            <w:pPr>
              <w:spacing w:after="0"/>
              <w:jc w:val="center"/>
            </w:pPr>
            <w:r>
              <w:rPr>
                <w:sz w:val="15"/>
              </w:rPr>
              <w:t>30.09.2024</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31CAF8A" w14:textId="77777777" w:rsidR="00911E13" w:rsidRDefault="00000000">
            <w:pPr>
              <w:spacing w:after="24" w:line="240" w:lineRule="auto"/>
              <w:ind w:left="85" w:hanging="85"/>
            </w:pPr>
            <w:r>
              <w:rPr>
                <w:sz w:val="16"/>
              </w:rPr>
              <w:t>• Creative Learning Partnership Trust - Chair of the Trust Board.</w:t>
            </w:r>
          </w:p>
          <w:p w14:paraId="0E87259D" w14:textId="77777777" w:rsidR="00911E13" w:rsidRDefault="00000000">
            <w:pPr>
              <w:spacing w:after="24" w:line="240" w:lineRule="auto"/>
              <w:ind w:left="85" w:hanging="85"/>
            </w:pPr>
            <w:r>
              <w:rPr>
                <w:sz w:val="16"/>
              </w:rPr>
              <w:t>• Community and Voluntary Services Cheshire East - Director.</w:t>
            </w:r>
          </w:p>
          <w:p w14:paraId="71BAC1C3" w14:textId="77777777" w:rsidR="00911E13" w:rsidRDefault="00000000">
            <w:pPr>
              <w:spacing w:after="24" w:line="240" w:lineRule="auto"/>
              <w:ind w:left="85" w:hanging="85"/>
            </w:pPr>
            <w:r>
              <w:rPr>
                <w:sz w:val="16"/>
              </w:rPr>
              <w:t>• Dane Valley Community Energy - Investor.</w:t>
            </w:r>
          </w:p>
          <w:p w14:paraId="24A84BDB" w14:textId="77777777" w:rsidR="00911E13" w:rsidRDefault="00000000">
            <w:pPr>
              <w:spacing w:after="24" w:line="240" w:lineRule="auto"/>
              <w:ind w:left="85" w:hanging="85"/>
            </w:pPr>
            <w:r>
              <w:rPr>
                <w:sz w:val="16"/>
              </w:rPr>
              <w:t>• Dane Valley Community Energy - former Director; stepped down 20.12.2023.</w:t>
            </w:r>
          </w:p>
        </w:tc>
      </w:tr>
      <w:tr w:rsidR="00911E13" w14:paraId="318D83EC"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955D940" w14:textId="77777777" w:rsidR="00911E13" w:rsidRDefault="00000000">
            <w:pPr>
              <w:spacing w:after="20"/>
            </w:pPr>
            <w:r>
              <w:rPr>
                <w:b/>
                <w:sz w:val="18"/>
              </w:rPr>
              <w:t>Bernard Kellett</w:t>
            </w:r>
          </w:p>
          <w:p w14:paraId="2D7C5022" w14:textId="77777777" w:rsidR="00911E13" w:rsidRDefault="00000000">
            <w:pPr>
              <w:spacing w:after="10"/>
            </w:pPr>
            <w:r>
              <w:rPr>
                <w:color w:val="007A82"/>
                <w:sz w:val="15"/>
              </w:rPr>
              <w:t>Former Trustee</w:t>
            </w:r>
          </w:p>
          <w:p w14:paraId="151AE0B3" w14:textId="77777777" w:rsidR="00911E13" w:rsidRDefault="00000000">
            <w:pPr>
              <w:spacing w:after="0"/>
            </w:pPr>
            <w:r>
              <w:rPr>
                <w:color w:val="6B7478"/>
                <w:sz w:val="14"/>
              </w:rPr>
              <w:t>Removed 20.10.2024</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32AFD48" w14:textId="77777777" w:rsidR="00911E13" w:rsidRDefault="00000000">
            <w:pPr>
              <w:spacing w:after="0"/>
              <w:jc w:val="center"/>
            </w:pPr>
            <w:r>
              <w:rPr>
                <w:sz w:val="15"/>
              </w:rPr>
              <w:t>17.10.2024</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63438D38" w14:textId="77777777" w:rsidR="00911E13" w:rsidRDefault="00000000">
            <w:pPr>
              <w:spacing w:after="0"/>
            </w:pPr>
            <w:r>
              <w:rPr>
                <w:i/>
                <w:color w:val="6B7478"/>
                <w:sz w:val="16"/>
              </w:rPr>
              <w:t>Nothing to declare</w:t>
            </w:r>
          </w:p>
        </w:tc>
      </w:tr>
      <w:tr w:rsidR="00911E13" w14:paraId="7781B414"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D0AC1C3" w14:textId="77777777" w:rsidR="00911E13" w:rsidRDefault="00000000">
            <w:pPr>
              <w:spacing w:after="20"/>
            </w:pPr>
            <w:r>
              <w:rPr>
                <w:b/>
                <w:sz w:val="18"/>
              </w:rPr>
              <w:t>Lesley Beck</w:t>
            </w:r>
          </w:p>
          <w:p w14:paraId="40B82530" w14:textId="77777777" w:rsidR="00911E13" w:rsidRDefault="00000000">
            <w:pPr>
              <w:spacing w:after="10"/>
            </w:pPr>
            <w:r>
              <w:rPr>
                <w:color w:val="007A82"/>
                <w:sz w:val="15"/>
              </w:rPr>
              <w:t>Former Co-opted Trustee</w:t>
            </w:r>
          </w:p>
          <w:p w14:paraId="737789FC" w14:textId="77777777" w:rsidR="00911E13" w:rsidRDefault="00000000">
            <w:pPr>
              <w:spacing w:after="0"/>
            </w:pPr>
            <w:r>
              <w:rPr>
                <w:color w:val="6B7478"/>
                <w:sz w:val="14"/>
              </w:rPr>
              <w:t>Removed 24.09.2024</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BF589CC" w14:textId="77777777" w:rsidR="00911E13" w:rsidRDefault="00000000">
            <w:pPr>
              <w:spacing w:after="0"/>
              <w:jc w:val="center"/>
            </w:pPr>
            <w:r>
              <w:rPr>
                <w:sz w:val="15"/>
              </w:rPr>
              <w:t>28.07.2023</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25B43DB0" w14:textId="77777777" w:rsidR="00911E13" w:rsidRDefault="00000000">
            <w:pPr>
              <w:spacing w:after="24" w:line="240" w:lineRule="auto"/>
              <w:ind w:left="85" w:hanging="85"/>
            </w:pPr>
            <w:r>
              <w:rPr>
                <w:sz w:val="16"/>
              </w:rPr>
              <w:t>• Insight Multi-Academy Trust - Chief Executive Officer (from 01.09.2022).</w:t>
            </w:r>
          </w:p>
          <w:p w14:paraId="0EAF55F8" w14:textId="77777777" w:rsidR="00911E13" w:rsidRDefault="00000000">
            <w:pPr>
              <w:spacing w:after="24" w:line="240" w:lineRule="auto"/>
              <w:ind w:left="85" w:hanging="85"/>
            </w:pPr>
            <w:r>
              <w:rPr>
                <w:sz w:val="16"/>
              </w:rPr>
              <w:t>• Creative Learning Partnership Trust - Co-opted Trustee (from 22.11.2022).</w:t>
            </w:r>
          </w:p>
        </w:tc>
      </w:tr>
      <w:tr w:rsidR="00911E13" w14:paraId="5A17DD9E"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5E64AD1" w14:textId="77777777" w:rsidR="00911E13" w:rsidRDefault="00000000">
            <w:pPr>
              <w:spacing w:after="20"/>
            </w:pPr>
            <w:r>
              <w:rPr>
                <w:b/>
                <w:sz w:val="18"/>
              </w:rPr>
              <w:t>Garry Knapper</w:t>
            </w:r>
          </w:p>
          <w:p w14:paraId="2ED10EF7" w14:textId="77777777" w:rsidR="00911E13" w:rsidRDefault="00000000">
            <w:pPr>
              <w:spacing w:after="10"/>
            </w:pPr>
            <w:r>
              <w:rPr>
                <w:color w:val="007A82"/>
                <w:sz w:val="15"/>
              </w:rPr>
              <w:t>Former Trustee</w:t>
            </w:r>
          </w:p>
          <w:p w14:paraId="2537E7CF" w14:textId="77777777" w:rsidR="00911E13" w:rsidRDefault="00000000">
            <w:pPr>
              <w:spacing w:after="0"/>
            </w:pPr>
            <w:r>
              <w:rPr>
                <w:color w:val="6B7478"/>
                <w:sz w:val="14"/>
              </w:rPr>
              <w:t>Removed 02.09.2024</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6CC4AE03" w14:textId="77777777" w:rsidR="00911E13" w:rsidRDefault="00000000">
            <w:pPr>
              <w:spacing w:after="0"/>
              <w:jc w:val="center"/>
            </w:pPr>
            <w:r>
              <w:rPr>
                <w:sz w:val="15"/>
              </w:rPr>
              <w:t>No date recorded</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5054A3AC" w14:textId="77777777" w:rsidR="00911E13" w:rsidRDefault="00000000">
            <w:pPr>
              <w:spacing w:after="0"/>
            </w:pPr>
            <w:r>
              <w:rPr>
                <w:i/>
                <w:color w:val="6B7478"/>
                <w:sz w:val="16"/>
              </w:rPr>
              <w:t>Nothing to declare</w:t>
            </w:r>
          </w:p>
        </w:tc>
      </w:tr>
      <w:tr w:rsidR="00911E13" w14:paraId="3C088C53"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09DD1F6" w14:textId="77777777" w:rsidR="00911E13" w:rsidRDefault="00000000">
            <w:pPr>
              <w:spacing w:after="20"/>
            </w:pPr>
            <w:r>
              <w:rPr>
                <w:b/>
                <w:sz w:val="18"/>
              </w:rPr>
              <w:t>Richard Huntley</w:t>
            </w:r>
          </w:p>
          <w:p w14:paraId="218CA2DC" w14:textId="77777777" w:rsidR="00911E13" w:rsidRDefault="00000000">
            <w:pPr>
              <w:spacing w:after="10"/>
            </w:pPr>
            <w:r>
              <w:rPr>
                <w:color w:val="007A82"/>
                <w:sz w:val="15"/>
              </w:rPr>
              <w:t>Former Trustee</w:t>
            </w:r>
          </w:p>
          <w:p w14:paraId="2B509941" w14:textId="77777777" w:rsidR="00911E13" w:rsidRDefault="00000000">
            <w:pPr>
              <w:spacing w:after="0"/>
            </w:pPr>
            <w:r>
              <w:rPr>
                <w:color w:val="6B7478"/>
                <w:sz w:val="14"/>
              </w:rPr>
              <w:t>Removed 21.02.2024</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E142974" w14:textId="77777777" w:rsidR="00911E13" w:rsidRDefault="00000000">
            <w:pPr>
              <w:spacing w:after="0"/>
              <w:jc w:val="center"/>
            </w:pPr>
            <w:r>
              <w:rPr>
                <w:sz w:val="15"/>
              </w:rPr>
              <w:t>14.09.2023</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768734FC" w14:textId="77777777" w:rsidR="00911E13" w:rsidRDefault="00000000">
            <w:pPr>
              <w:spacing w:after="0"/>
            </w:pPr>
            <w:r>
              <w:rPr>
                <w:i/>
                <w:color w:val="6B7478"/>
                <w:sz w:val="16"/>
              </w:rPr>
              <w:t>Nothing to declare</w:t>
            </w:r>
          </w:p>
        </w:tc>
      </w:tr>
      <w:tr w:rsidR="00911E13" w14:paraId="3D15C4D3"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2EFC31D5" w14:textId="77777777" w:rsidR="00911E13" w:rsidRDefault="00000000">
            <w:pPr>
              <w:spacing w:after="20"/>
            </w:pPr>
            <w:r>
              <w:rPr>
                <w:b/>
                <w:sz w:val="18"/>
              </w:rPr>
              <w:t>Madeline Jill Cheadle</w:t>
            </w:r>
          </w:p>
          <w:p w14:paraId="1C107E84" w14:textId="77777777" w:rsidR="00911E13" w:rsidRDefault="00000000">
            <w:pPr>
              <w:spacing w:after="10"/>
            </w:pPr>
            <w:r>
              <w:rPr>
                <w:color w:val="007A82"/>
                <w:sz w:val="15"/>
              </w:rPr>
              <w:t>Former Trustee</w:t>
            </w:r>
          </w:p>
          <w:p w14:paraId="3FD24207" w14:textId="77777777" w:rsidR="00911E13" w:rsidRDefault="00000000">
            <w:pPr>
              <w:spacing w:after="0"/>
            </w:pPr>
            <w:r>
              <w:rPr>
                <w:color w:val="6B7478"/>
                <w:sz w:val="14"/>
              </w:rPr>
              <w:t>Removed 14.07.2023</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003BE99A" w14:textId="77777777" w:rsidR="00911E13" w:rsidRDefault="00000000">
            <w:pPr>
              <w:spacing w:after="0"/>
              <w:jc w:val="center"/>
            </w:pPr>
            <w:r>
              <w:rPr>
                <w:sz w:val="15"/>
              </w:rPr>
              <w:t>05.10.2022</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157D715F" w14:textId="77777777" w:rsidR="00911E13" w:rsidRDefault="00000000">
            <w:pPr>
              <w:spacing w:after="24" w:line="240" w:lineRule="auto"/>
              <w:ind w:left="85" w:hanging="85"/>
            </w:pPr>
            <w:r>
              <w:rPr>
                <w:sz w:val="16"/>
              </w:rPr>
              <w:t>• Creative Learning Partnership Trust - Trustee.</w:t>
            </w:r>
          </w:p>
          <w:p w14:paraId="0872F460" w14:textId="77777777" w:rsidR="00911E13" w:rsidRDefault="00000000">
            <w:pPr>
              <w:spacing w:after="24" w:line="240" w:lineRule="auto"/>
              <w:ind w:left="85" w:hanging="85"/>
            </w:pPr>
            <w:r>
              <w:rPr>
                <w:sz w:val="16"/>
              </w:rPr>
              <w:t>• Hugo Meynell C.E. (V.C.) Primary School - Vice Chair.</w:t>
            </w:r>
          </w:p>
        </w:tc>
      </w:tr>
      <w:tr w:rsidR="00911E13" w14:paraId="455C5655"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072C964C" w14:textId="77777777" w:rsidR="00911E13" w:rsidRDefault="00000000">
            <w:pPr>
              <w:spacing w:after="20"/>
            </w:pPr>
            <w:r>
              <w:rPr>
                <w:b/>
                <w:sz w:val="18"/>
              </w:rPr>
              <w:t>Lynne Bennett</w:t>
            </w:r>
          </w:p>
          <w:p w14:paraId="548E9DC7" w14:textId="77777777" w:rsidR="00911E13" w:rsidRDefault="00000000">
            <w:pPr>
              <w:spacing w:after="10"/>
            </w:pPr>
            <w:r>
              <w:rPr>
                <w:color w:val="007A82"/>
                <w:sz w:val="15"/>
              </w:rPr>
              <w:t>Former Other Position</w:t>
            </w:r>
          </w:p>
          <w:p w14:paraId="7E47AFA9" w14:textId="77777777" w:rsidR="00911E13" w:rsidRDefault="00000000">
            <w:pPr>
              <w:spacing w:after="0"/>
            </w:pPr>
            <w:r>
              <w:rPr>
                <w:color w:val="6B7478"/>
                <w:sz w:val="14"/>
              </w:rPr>
              <w:t>Removed 14.07.2023</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1F2AD477" w14:textId="77777777" w:rsidR="00911E13" w:rsidRDefault="00000000">
            <w:pPr>
              <w:spacing w:after="0"/>
              <w:jc w:val="center"/>
            </w:pPr>
            <w:r>
              <w:rPr>
                <w:sz w:val="15"/>
              </w:rPr>
              <w:t>No date recorded</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925ACA0" w14:textId="77777777" w:rsidR="00911E13" w:rsidRDefault="00000000">
            <w:pPr>
              <w:spacing w:after="0"/>
            </w:pPr>
            <w:r>
              <w:rPr>
                <w:i/>
                <w:color w:val="6B7478"/>
                <w:sz w:val="16"/>
              </w:rPr>
              <w:t>Nothing to declare</w:t>
            </w:r>
          </w:p>
        </w:tc>
      </w:tr>
    </w:tbl>
    <w:p w14:paraId="0268DD6A" w14:textId="77777777" w:rsidR="00911E13" w:rsidRDefault="00911E13">
      <w:pPr>
        <w:spacing w:after="0"/>
      </w:pPr>
    </w:p>
    <w:p w14:paraId="0C02D984" w14:textId="77777777" w:rsidR="00911E13" w:rsidRDefault="00000000">
      <w:pPr>
        <w:pStyle w:val="Heading1"/>
        <w:pBdr>
          <w:bottom w:val="single" w:sz="12" w:space="1" w:color="009CA6"/>
        </w:pBdr>
        <w:spacing w:before="160" w:after="80"/>
      </w:pPr>
      <w:r>
        <w:rPr>
          <w:rFonts w:ascii="Arial" w:hAnsi="Arial"/>
          <w:sz w:val="25"/>
        </w:rPr>
        <w:lastRenderedPageBreak/>
        <w:t>Appendix 2. Former Members and Employees</w:t>
      </w:r>
    </w:p>
    <w:tbl>
      <w:tblPr>
        <w:tblW w:w="0" w:type="auto"/>
        <w:jc w:val="center"/>
        <w:tblLayout w:type="fixed"/>
        <w:tblLook w:val="04A0" w:firstRow="1" w:lastRow="0" w:firstColumn="1" w:lastColumn="0" w:noHBand="0" w:noVBand="1"/>
      </w:tblPr>
      <w:tblGrid>
        <w:gridCol w:w="3402"/>
        <w:gridCol w:w="2154"/>
        <w:gridCol w:w="9524"/>
      </w:tblGrid>
      <w:tr w:rsidR="00911E13" w14:paraId="60AD6FBD" w14:textId="77777777">
        <w:trPr>
          <w:tblHeader/>
          <w:jc w:val="center"/>
        </w:trPr>
        <w:tc>
          <w:tcPr>
            <w:tcW w:w="3402"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645F64A9" w14:textId="77777777" w:rsidR="00911E13" w:rsidRDefault="00000000">
            <w:pPr>
              <w:spacing w:after="0"/>
            </w:pPr>
            <w:r>
              <w:rPr>
                <w:b/>
                <w:color w:val="FFFFFF"/>
                <w:sz w:val="16"/>
              </w:rPr>
              <w:t>Name and appointment</w:t>
            </w:r>
          </w:p>
        </w:tc>
        <w:tc>
          <w:tcPr>
            <w:tcW w:w="2154" w:type="dxa"/>
            <w:tcBorders>
              <w:top w:val="single" w:sz="8" w:space="0" w:color="3D4548"/>
              <w:left w:val="single" w:sz="4" w:space="0" w:color="FFFFFF"/>
              <w:bottom w:val="single" w:sz="8" w:space="0" w:color="3D4548"/>
              <w:right w:val="single" w:sz="4" w:space="0" w:color="FFFFFF"/>
            </w:tcBorders>
            <w:shd w:val="clear" w:color="auto" w:fill="007A82"/>
            <w:tcMar>
              <w:top w:w="80" w:type="dxa"/>
              <w:left w:w="100" w:type="dxa"/>
              <w:bottom w:w="80" w:type="dxa"/>
              <w:right w:w="100" w:type="dxa"/>
            </w:tcMar>
          </w:tcPr>
          <w:p w14:paraId="3AA591B6" w14:textId="77777777" w:rsidR="00911E13" w:rsidRDefault="00000000">
            <w:pPr>
              <w:spacing w:after="0"/>
              <w:jc w:val="center"/>
            </w:pPr>
            <w:r>
              <w:rPr>
                <w:b/>
                <w:color w:val="FFFFFF"/>
                <w:sz w:val="16"/>
              </w:rPr>
              <w:t>Declaration confirmed / updated</w:t>
            </w:r>
          </w:p>
        </w:tc>
        <w:tc>
          <w:tcPr>
            <w:tcW w:w="9524" w:type="dxa"/>
            <w:tcBorders>
              <w:top w:val="single" w:sz="8" w:space="0" w:color="3D4548"/>
              <w:left w:val="single" w:sz="4" w:space="0" w:color="FFFFFF"/>
              <w:bottom w:val="single" w:sz="8" w:space="0" w:color="3D4548"/>
              <w:right w:val="single" w:sz="4" w:space="0" w:color="FFFFFF"/>
            </w:tcBorders>
            <w:shd w:val="clear" w:color="auto" w:fill="3D4548"/>
            <w:tcMar>
              <w:top w:w="80" w:type="dxa"/>
              <w:left w:w="100" w:type="dxa"/>
              <w:bottom w:w="80" w:type="dxa"/>
              <w:right w:w="100" w:type="dxa"/>
            </w:tcMar>
          </w:tcPr>
          <w:p w14:paraId="7CD3B400" w14:textId="77777777" w:rsidR="00911E13" w:rsidRDefault="00000000">
            <w:pPr>
              <w:spacing w:after="0"/>
            </w:pPr>
            <w:r>
              <w:rPr>
                <w:b/>
                <w:color w:val="FFFFFF"/>
                <w:sz w:val="16"/>
              </w:rPr>
              <w:t>Interests declared</w:t>
            </w:r>
          </w:p>
        </w:tc>
      </w:tr>
      <w:tr w:rsidR="00911E13" w14:paraId="5011EC04"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78A49CB8" w14:textId="77777777" w:rsidR="00911E13" w:rsidRDefault="00000000">
            <w:pPr>
              <w:spacing w:after="20"/>
            </w:pPr>
            <w:r>
              <w:rPr>
                <w:b/>
                <w:sz w:val="18"/>
              </w:rPr>
              <w:t>Steven Cartlidge</w:t>
            </w:r>
          </w:p>
          <w:p w14:paraId="5E1D30BC" w14:textId="77777777" w:rsidR="00911E13" w:rsidRDefault="00000000">
            <w:pPr>
              <w:spacing w:after="10"/>
            </w:pPr>
            <w:r>
              <w:rPr>
                <w:color w:val="007A82"/>
                <w:sz w:val="15"/>
              </w:rPr>
              <w:t>Former Member</w:t>
            </w:r>
          </w:p>
          <w:p w14:paraId="20E379BC" w14:textId="77777777" w:rsidR="00911E13" w:rsidRDefault="00000000">
            <w:pPr>
              <w:spacing w:after="0"/>
            </w:pPr>
            <w:r>
              <w:rPr>
                <w:color w:val="6B7478"/>
                <w:sz w:val="14"/>
              </w:rPr>
              <w:t>Appointed 27.06.2023; stepped down 17.12.202 (as recorded in source)</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51C1E82E" w14:textId="77777777" w:rsidR="00911E13" w:rsidRDefault="00000000">
            <w:pPr>
              <w:spacing w:after="0"/>
              <w:jc w:val="center"/>
            </w:pPr>
            <w:r>
              <w:rPr>
                <w:sz w:val="15"/>
              </w:rPr>
              <w:t>11.07.2024</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16F5001C" w14:textId="77777777" w:rsidR="00911E13" w:rsidRDefault="00000000">
            <w:pPr>
              <w:spacing w:after="0"/>
            </w:pPr>
            <w:r>
              <w:rPr>
                <w:i/>
                <w:color w:val="6B7478"/>
                <w:sz w:val="16"/>
              </w:rPr>
              <w:t>Nothing to declare</w:t>
            </w:r>
          </w:p>
        </w:tc>
      </w:tr>
      <w:tr w:rsidR="00911E13" w14:paraId="7D4B22A8"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5A9837FC" w14:textId="77777777" w:rsidR="00911E13" w:rsidRDefault="00000000">
            <w:pPr>
              <w:spacing w:after="20"/>
            </w:pPr>
            <w:r>
              <w:rPr>
                <w:b/>
                <w:sz w:val="18"/>
              </w:rPr>
              <w:t>Eric Barbour</w:t>
            </w:r>
          </w:p>
          <w:p w14:paraId="1CA892EB" w14:textId="77777777" w:rsidR="00911E13" w:rsidRDefault="00000000">
            <w:pPr>
              <w:spacing w:after="10"/>
            </w:pPr>
            <w:r>
              <w:rPr>
                <w:color w:val="007A82"/>
                <w:sz w:val="15"/>
              </w:rPr>
              <w:t>Former Member</w:t>
            </w:r>
          </w:p>
          <w:p w14:paraId="0A190915" w14:textId="77777777" w:rsidR="00911E13" w:rsidRDefault="00000000">
            <w:pPr>
              <w:spacing w:after="0"/>
            </w:pPr>
            <w:r>
              <w:rPr>
                <w:color w:val="6B7478"/>
                <w:sz w:val="14"/>
              </w:rPr>
              <w:t>Appointed 01.08.2016; stepped down 26.06.2024</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7D7E1795" w14:textId="77777777" w:rsidR="00911E13" w:rsidRDefault="00000000">
            <w:pPr>
              <w:spacing w:after="0"/>
              <w:jc w:val="center"/>
            </w:pPr>
            <w:r>
              <w:rPr>
                <w:sz w:val="15"/>
              </w:rPr>
              <w:t>31.01.2023</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95BAEBB" w14:textId="77777777" w:rsidR="00911E13" w:rsidRDefault="00000000">
            <w:pPr>
              <w:spacing w:after="0"/>
            </w:pPr>
            <w:r>
              <w:rPr>
                <w:i/>
                <w:color w:val="6B7478"/>
                <w:sz w:val="16"/>
              </w:rPr>
              <w:t>Nothing to declare</w:t>
            </w:r>
          </w:p>
        </w:tc>
      </w:tr>
      <w:tr w:rsidR="00911E13" w14:paraId="40E9D1E3"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67D885C" w14:textId="77777777" w:rsidR="00911E13" w:rsidRDefault="00000000">
            <w:pPr>
              <w:spacing w:after="20"/>
            </w:pPr>
            <w:r>
              <w:rPr>
                <w:b/>
                <w:sz w:val="18"/>
              </w:rPr>
              <w:t>David Fletcher</w:t>
            </w:r>
          </w:p>
          <w:p w14:paraId="58E4F8AD" w14:textId="77777777" w:rsidR="00911E13" w:rsidRDefault="00000000">
            <w:pPr>
              <w:spacing w:after="10"/>
            </w:pPr>
            <w:r>
              <w:rPr>
                <w:color w:val="007A82"/>
                <w:sz w:val="15"/>
              </w:rPr>
              <w:t>Former Member</w:t>
            </w:r>
          </w:p>
          <w:p w14:paraId="6324FB15" w14:textId="77777777" w:rsidR="00911E13" w:rsidRDefault="00000000">
            <w:pPr>
              <w:spacing w:after="0"/>
            </w:pPr>
            <w:r>
              <w:rPr>
                <w:color w:val="6B7478"/>
                <w:sz w:val="14"/>
              </w:rPr>
              <w:t>Appointed 01.08.2016; stepped down 27.06.2023</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1CC14699" w14:textId="77777777" w:rsidR="00911E13" w:rsidRDefault="00000000">
            <w:pPr>
              <w:spacing w:after="0"/>
              <w:jc w:val="center"/>
            </w:pPr>
            <w:r>
              <w:rPr>
                <w:sz w:val="15"/>
              </w:rPr>
              <w:t>31.01.2023</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3DBE19A0" w14:textId="77777777" w:rsidR="00911E13" w:rsidRDefault="00000000">
            <w:pPr>
              <w:spacing w:after="24" w:line="240" w:lineRule="auto"/>
              <w:ind w:left="85" w:hanging="85"/>
            </w:pPr>
            <w:r>
              <w:rPr>
                <w:sz w:val="16"/>
              </w:rPr>
              <w:t>• Daughter-in-law (Mrs K Fletcher) was employed at James Bateman Junior High.</w:t>
            </w:r>
          </w:p>
        </w:tc>
      </w:tr>
      <w:tr w:rsidR="00911E13" w14:paraId="575228AA"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6525C53C" w14:textId="77777777" w:rsidR="00911E13" w:rsidRDefault="00000000">
            <w:pPr>
              <w:spacing w:after="20"/>
            </w:pPr>
            <w:r>
              <w:rPr>
                <w:b/>
                <w:sz w:val="18"/>
              </w:rPr>
              <w:t>Tim Blackhurst</w:t>
            </w:r>
          </w:p>
          <w:p w14:paraId="750C6B7B" w14:textId="77777777" w:rsidR="00911E13" w:rsidRDefault="00000000">
            <w:pPr>
              <w:spacing w:after="10"/>
            </w:pPr>
            <w:r>
              <w:rPr>
                <w:color w:val="007A82"/>
                <w:sz w:val="15"/>
              </w:rPr>
              <w:t>Former Member</w:t>
            </w:r>
          </w:p>
          <w:p w14:paraId="788441F8" w14:textId="77777777" w:rsidR="00911E13" w:rsidRDefault="00000000">
            <w:pPr>
              <w:spacing w:after="0"/>
            </w:pPr>
            <w:r>
              <w:rPr>
                <w:color w:val="6B7478"/>
                <w:sz w:val="14"/>
              </w:rPr>
              <w:t>Appointed 01.08.2016; stepped down 15.12.2022</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04E3C3B4" w14:textId="77777777" w:rsidR="00911E13" w:rsidRDefault="00000000">
            <w:pPr>
              <w:spacing w:after="0"/>
              <w:jc w:val="center"/>
            </w:pPr>
            <w:r>
              <w:rPr>
                <w:sz w:val="15"/>
              </w:rPr>
              <w:t>14.12.2020</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30D78691" w14:textId="77777777" w:rsidR="00911E13" w:rsidRDefault="00000000">
            <w:pPr>
              <w:spacing w:after="24" w:line="240" w:lineRule="auto"/>
              <w:ind w:left="85" w:hanging="85"/>
            </w:pPr>
            <w:r>
              <w:rPr>
                <w:sz w:val="16"/>
              </w:rPr>
              <w:t>• Shareholder in NCB Food Service Ltd, Ladymoor Foods Ltd, Highland Crown Ltd and Ladymoor Farms Ltd, all serving the education sector throughout the UK.</w:t>
            </w:r>
          </w:p>
        </w:tc>
      </w:tr>
      <w:tr w:rsidR="00911E13" w14:paraId="241653C4"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05EEE03F" w14:textId="77777777" w:rsidR="00911E13" w:rsidRDefault="00000000">
            <w:pPr>
              <w:spacing w:after="20"/>
            </w:pPr>
            <w:r>
              <w:rPr>
                <w:b/>
                <w:sz w:val="18"/>
              </w:rPr>
              <w:t>Amanda Wilkinson</w:t>
            </w:r>
          </w:p>
          <w:p w14:paraId="381D863D" w14:textId="77777777" w:rsidR="00911E13" w:rsidRDefault="00000000">
            <w:pPr>
              <w:spacing w:after="10"/>
            </w:pPr>
            <w:r>
              <w:rPr>
                <w:color w:val="007A82"/>
                <w:sz w:val="15"/>
              </w:rPr>
              <w:t>Former Director of Finance</w:t>
            </w:r>
          </w:p>
          <w:p w14:paraId="5FB39239" w14:textId="77777777" w:rsidR="00911E13" w:rsidRDefault="00000000">
            <w:pPr>
              <w:spacing w:after="0"/>
            </w:pPr>
            <w:r>
              <w:rPr>
                <w:color w:val="6B7478"/>
                <w:sz w:val="14"/>
              </w:rPr>
              <w:t>Employment ended 05.07.2024</w:t>
            </w:r>
          </w:p>
        </w:tc>
        <w:tc>
          <w:tcPr>
            <w:tcW w:w="215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06FD7A2A" w14:textId="77777777" w:rsidR="00911E13" w:rsidRDefault="00000000">
            <w:pPr>
              <w:spacing w:after="0"/>
              <w:jc w:val="center"/>
            </w:pPr>
            <w:r>
              <w:rPr>
                <w:sz w:val="15"/>
              </w:rPr>
              <w:t>20.12.2023</w:t>
            </w:r>
          </w:p>
        </w:tc>
        <w:tc>
          <w:tcPr>
            <w:tcW w:w="9524" w:type="dxa"/>
            <w:tcBorders>
              <w:top w:val="single" w:sz="3" w:space="0" w:color="B9C3C7"/>
              <w:left w:val="single" w:sz="3" w:space="0" w:color="B9C3C7"/>
              <w:bottom w:val="single" w:sz="3" w:space="0" w:color="B9C3C7"/>
              <w:right w:val="single" w:sz="3" w:space="0" w:color="B9C3C7"/>
            </w:tcBorders>
            <w:shd w:val="clear" w:color="auto" w:fill="FFFFFF"/>
            <w:tcMar>
              <w:top w:w="70" w:type="dxa"/>
              <w:left w:w="95" w:type="dxa"/>
              <w:bottom w:w="70" w:type="dxa"/>
              <w:right w:w="95" w:type="dxa"/>
            </w:tcMar>
          </w:tcPr>
          <w:p w14:paraId="45444E7C" w14:textId="77777777" w:rsidR="00911E13" w:rsidRDefault="00000000">
            <w:pPr>
              <w:spacing w:after="24" w:line="240" w:lineRule="auto"/>
              <w:ind w:left="85" w:hanging="85"/>
            </w:pPr>
            <w:r>
              <w:rPr>
                <w:sz w:val="16"/>
              </w:rPr>
              <w:t>• Staffordshire County Council - brother-in-law oversaw finance for Beaconfields Primary School during the free school project.</w:t>
            </w:r>
          </w:p>
          <w:p w14:paraId="6883D1D9" w14:textId="77777777" w:rsidR="00911E13" w:rsidRDefault="00000000">
            <w:pPr>
              <w:spacing w:after="24" w:line="240" w:lineRule="auto"/>
              <w:ind w:left="85" w:hanging="85"/>
            </w:pPr>
            <w:r>
              <w:rPr>
                <w:sz w:val="16"/>
              </w:rPr>
              <w:t>• Staffordshire County Council - sister-in-law oversaw the IT project for Beaconfields Primary School.</w:t>
            </w:r>
          </w:p>
        </w:tc>
      </w:tr>
      <w:tr w:rsidR="00911E13" w14:paraId="1C993CBA" w14:textId="77777777">
        <w:trPr>
          <w:cantSplit/>
          <w:jc w:val="center"/>
        </w:trPr>
        <w:tc>
          <w:tcPr>
            <w:tcW w:w="3402"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07984931" w14:textId="77777777" w:rsidR="00911E13" w:rsidRDefault="00000000">
            <w:pPr>
              <w:spacing w:after="20"/>
            </w:pPr>
            <w:r>
              <w:rPr>
                <w:b/>
                <w:sz w:val="18"/>
              </w:rPr>
              <w:t>Lisa Asprey</w:t>
            </w:r>
          </w:p>
          <w:p w14:paraId="783C9F1C" w14:textId="77777777" w:rsidR="00911E13" w:rsidRDefault="00000000">
            <w:pPr>
              <w:spacing w:after="10"/>
            </w:pPr>
            <w:r>
              <w:rPr>
                <w:color w:val="007A82"/>
                <w:sz w:val="15"/>
              </w:rPr>
              <w:t>Former Employee</w:t>
            </w:r>
          </w:p>
          <w:p w14:paraId="48B0EBDC" w14:textId="77777777" w:rsidR="00911E13" w:rsidRDefault="00000000">
            <w:pPr>
              <w:spacing w:after="0"/>
            </w:pPr>
            <w:r>
              <w:rPr>
                <w:color w:val="6B7478"/>
                <w:sz w:val="14"/>
              </w:rPr>
              <w:t>Employment ended 22.03.2024</w:t>
            </w:r>
          </w:p>
        </w:tc>
        <w:tc>
          <w:tcPr>
            <w:tcW w:w="215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65525F9" w14:textId="77777777" w:rsidR="00911E13" w:rsidRDefault="00000000">
            <w:pPr>
              <w:spacing w:after="0"/>
              <w:jc w:val="center"/>
            </w:pPr>
            <w:r>
              <w:rPr>
                <w:sz w:val="15"/>
              </w:rPr>
              <w:t>20.12.2023</w:t>
            </w:r>
          </w:p>
        </w:tc>
        <w:tc>
          <w:tcPr>
            <w:tcW w:w="9524" w:type="dxa"/>
            <w:tcBorders>
              <w:top w:val="single" w:sz="3" w:space="0" w:color="B9C3C7"/>
              <w:left w:val="single" w:sz="3" w:space="0" w:color="B9C3C7"/>
              <w:bottom w:val="single" w:sz="3" w:space="0" w:color="B9C3C7"/>
              <w:right w:val="single" w:sz="3" w:space="0" w:color="B9C3C7"/>
            </w:tcBorders>
            <w:shd w:val="clear" w:color="auto" w:fill="E2F3F4"/>
            <w:tcMar>
              <w:top w:w="70" w:type="dxa"/>
              <w:left w:w="95" w:type="dxa"/>
              <w:bottom w:w="70" w:type="dxa"/>
              <w:right w:w="95" w:type="dxa"/>
            </w:tcMar>
          </w:tcPr>
          <w:p w14:paraId="4B9E8D22" w14:textId="77777777" w:rsidR="00911E13" w:rsidRDefault="00000000">
            <w:pPr>
              <w:spacing w:after="0"/>
            </w:pPr>
            <w:r>
              <w:rPr>
                <w:i/>
                <w:color w:val="6B7478"/>
                <w:sz w:val="16"/>
              </w:rPr>
              <w:t>Nothing to declare</w:t>
            </w:r>
          </w:p>
        </w:tc>
      </w:tr>
    </w:tbl>
    <w:p w14:paraId="3DBB6A36" w14:textId="77777777" w:rsidR="00911E13" w:rsidRDefault="00911E13">
      <w:pPr>
        <w:spacing w:after="0"/>
      </w:pPr>
    </w:p>
    <w:p w14:paraId="59E66DC3" w14:textId="77777777" w:rsidR="00911E13" w:rsidRDefault="00000000">
      <w:pPr>
        <w:pBdr>
          <w:bottom w:val="single" w:sz="4" w:space="1" w:color="E8ECEE"/>
        </w:pBdr>
        <w:spacing w:before="100" w:after="0"/>
      </w:pPr>
      <w:r>
        <w:rPr>
          <w:b/>
          <w:color w:val="007A82"/>
          <w:sz w:val="15"/>
        </w:rPr>
        <w:t>Source note</w:t>
      </w:r>
    </w:p>
    <w:p w14:paraId="780DAB00" w14:textId="77777777" w:rsidR="00911E13" w:rsidRDefault="00000000">
      <w:pPr>
        <w:spacing w:before="40" w:after="0"/>
      </w:pPr>
      <w:r>
        <w:rPr>
          <w:color w:val="6B7478"/>
          <w:sz w:val="14"/>
        </w:rPr>
        <w:t>Current trustee declarations were taken from the supplied register of interests spreadsheet. Member, central team and headteacher entries were carried forward from the supplied Word register and updated with the changes requested on 17 July 2026. Where a source date was incomplete, it has been retained and identified as recorded in the source.</w:t>
      </w:r>
    </w:p>
    <w:sectPr w:rsidR="00911E13" w:rsidSect="00034616">
      <w:headerReference w:type="default" r:id="rId8"/>
      <w:footerReference w:type="default" r:id="rId9"/>
      <w:pgSz w:w="16838" w:h="11906" w:orient="landscape"/>
      <w:pgMar w:top="1020" w:right="822" w:bottom="822" w:left="822" w:header="283"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58B51" w14:textId="77777777" w:rsidR="00453A8C" w:rsidRDefault="00453A8C">
      <w:pPr>
        <w:spacing w:after="0" w:line="240" w:lineRule="auto"/>
      </w:pPr>
      <w:r>
        <w:separator/>
      </w:r>
    </w:p>
  </w:endnote>
  <w:endnote w:type="continuationSeparator" w:id="0">
    <w:p w14:paraId="0F9591E3" w14:textId="77777777" w:rsidR="00453A8C" w:rsidRDefault="00453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C84FF" w14:textId="77777777" w:rsidR="00911E13" w:rsidRDefault="00000000">
    <w:pPr>
      <w:pStyle w:val="Footer"/>
      <w:jc w:val="center"/>
    </w:pPr>
    <w:r>
      <w:rPr>
        <w:color w:val="6B7478"/>
        <w:sz w:val="15"/>
      </w:rPr>
      <w:t xml:space="preserve">Creative Learning Partnership </w:t>
    </w:r>
    <w:proofErr w:type="gramStart"/>
    <w:r>
      <w:rPr>
        <w:color w:val="6B7478"/>
        <w:sz w:val="15"/>
      </w:rPr>
      <w:t>Trust  |</w:t>
    </w:r>
    <w:proofErr w:type="gramEnd"/>
    <w:r>
      <w:rPr>
        <w:color w:val="6B7478"/>
        <w:sz w:val="15"/>
      </w:rPr>
      <w:t xml:space="preserve">  Updated 17 July </w:t>
    </w:r>
    <w:proofErr w:type="gramStart"/>
    <w:r>
      <w:rPr>
        <w:color w:val="6B7478"/>
        <w:sz w:val="15"/>
      </w:rPr>
      <w:t>2026  |</w:t>
    </w:r>
    <w:proofErr w:type="gramEnd"/>
    <w:r>
      <w:rPr>
        <w:color w:val="6B7478"/>
        <w:sz w:val="15"/>
      </w:rPr>
      <w:t xml:space="preserve">  Page </w:t>
    </w:r>
    <w:r>
      <w:fldChar w:fldCharType="begin"/>
    </w:r>
    <w:r>
      <w:instrText>PAGE</w:instrText>
    </w:r>
    <w:r w:rsidR="00C24393">
      <w:fldChar w:fldCharType="separate"/>
    </w:r>
    <w:r w:rsidR="00C24393">
      <w:rPr>
        <w:noProof/>
      </w:rPr>
      <w:t>3</w:t>
    </w:r>
    <w:r>
      <w:fldChar w:fldCharType="end"/>
    </w:r>
    <w:r>
      <w:rPr>
        <w:color w:val="6B7478"/>
        <w:sz w:val="15"/>
      </w:rPr>
      <w:t xml:space="preserve"> of </w:t>
    </w:r>
    <w:r>
      <w:fldChar w:fldCharType="begin"/>
    </w:r>
    <w:r>
      <w:instrText>NUMPAGES</w:instrText>
    </w:r>
    <w:r w:rsidR="00C24393">
      <w:fldChar w:fldCharType="separate"/>
    </w:r>
    <w:r w:rsidR="00C2439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9E94D" w14:textId="77777777" w:rsidR="00453A8C" w:rsidRDefault="00453A8C">
      <w:pPr>
        <w:spacing w:after="0" w:line="240" w:lineRule="auto"/>
      </w:pPr>
      <w:r>
        <w:separator/>
      </w:r>
    </w:p>
  </w:footnote>
  <w:footnote w:type="continuationSeparator" w:id="0">
    <w:p w14:paraId="633AA2E8" w14:textId="77777777" w:rsidR="00453A8C" w:rsidRDefault="00453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52B0" w14:textId="77777777" w:rsidR="00911E13" w:rsidRDefault="00911E13">
    <w:pPr>
      <w:pStyle w:val="Header"/>
    </w:pPr>
  </w:p>
  <w:tbl>
    <w:tblPr>
      <w:tblW w:w="0" w:type="auto"/>
      <w:jc w:val="center"/>
      <w:tblLayout w:type="fixed"/>
      <w:tblLook w:val="04A0" w:firstRow="1" w:lastRow="0" w:firstColumn="1" w:lastColumn="0" w:noHBand="0" w:noVBand="1"/>
    </w:tblPr>
    <w:tblGrid>
      <w:gridCol w:w="1474"/>
      <w:gridCol w:w="13663"/>
    </w:tblGrid>
    <w:tr w:rsidR="00911E13" w14:paraId="200EA050" w14:textId="77777777">
      <w:trPr>
        <w:jc w:val="center"/>
      </w:trPr>
      <w:tc>
        <w:tcPr>
          <w:tcW w:w="1474" w:type="dxa"/>
          <w:tcBorders>
            <w:bottom w:val="single" w:sz="18" w:space="0" w:color="009CA6"/>
          </w:tcBorders>
          <w:shd w:val="clear" w:color="auto" w:fill="009CA6"/>
          <w:tcMar>
            <w:top w:w="70" w:type="dxa"/>
            <w:left w:w="100" w:type="dxa"/>
            <w:bottom w:w="70" w:type="dxa"/>
            <w:right w:w="100" w:type="dxa"/>
          </w:tcMar>
        </w:tcPr>
        <w:p w14:paraId="2651E3EF" w14:textId="77777777" w:rsidR="00911E13" w:rsidRDefault="00000000">
          <w:pPr>
            <w:jc w:val="center"/>
          </w:pPr>
          <w:r>
            <w:rPr>
              <w:b/>
              <w:color w:val="FFFFFF"/>
              <w:sz w:val="32"/>
            </w:rPr>
            <w:t>CLPT</w:t>
          </w:r>
        </w:p>
      </w:tc>
      <w:tc>
        <w:tcPr>
          <w:tcW w:w="13663" w:type="dxa"/>
          <w:tcBorders>
            <w:bottom w:val="single" w:sz="18" w:space="0" w:color="009CA6"/>
          </w:tcBorders>
          <w:shd w:val="clear" w:color="auto" w:fill="FFFFFF"/>
          <w:tcMar>
            <w:top w:w="70" w:type="dxa"/>
            <w:left w:w="100" w:type="dxa"/>
            <w:bottom w:w="70" w:type="dxa"/>
            <w:right w:w="100" w:type="dxa"/>
          </w:tcMar>
        </w:tcPr>
        <w:p w14:paraId="2EA211EE" w14:textId="77777777" w:rsidR="00911E13" w:rsidRDefault="00000000">
          <w:pPr>
            <w:spacing w:after="0"/>
          </w:pPr>
          <w:r>
            <w:rPr>
              <w:b/>
              <w:sz w:val="21"/>
            </w:rPr>
            <w:t>CREATIVE LEARNING PARTNERSHIP TRUST</w:t>
          </w:r>
        </w:p>
        <w:p w14:paraId="1A96A397" w14:textId="77777777" w:rsidR="00911E13" w:rsidRDefault="00000000">
          <w:pPr>
            <w:spacing w:after="0"/>
          </w:pPr>
          <w:r>
            <w:rPr>
              <w:color w:val="007A82"/>
            </w:rPr>
            <w:t>Register of Business and Pecuniary Interests</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90563FF"/>
    <w:multiLevelType w:val="hybridMultilevel"/>
    <w:tmpl w:val="E1727D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8946160">
    <w:abstractNumId w:val="8"/>
  </w:num>
  <w:num w:numId="2" w16cid:durableId="957906573">
    <w:abstractNumId w:val="6"/>
  </w:num>
  <w:num w:numId="3" w16cid:durableId="1732456717">
    <w:abstractNumId w:val="5"/>
  </w:num>
  <w:num w:numId="4" w16cid:durableId="1701004090">
    <w:abstractNumId w:val="4"/>
  </w:num>
  <w:num w:numId="5" w16cid:durableId="500584590">
    <w:abstractNumId w:val="7"/>
  </w:num>
  <w:num w:numId="6" w16cid:durableId="942688654">
    <w:abstractNumId w:val="3"/>
  </w:num>
  <w:num w:numId="7" w16cid:durableId="741217586">
    <w:abstractNumId w:val="2"/>
  </w:num>
  <w:num w:numId="8" w16cid:durableId="1806001200">
    <w:abstractNumId w:val="1"/>
  </w:num>
  <w:num w:numId="9" w16cid:durableId="1874463691">
    <w:abstractNumId w:val="0"/>
  </w:num>
  <w:num w:numId="10" w16cid:durableId="2704785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6133"/>
    <w:rsid w:val="0029639D"/>
    <w:rsid w:val="00326F90"/>
    <w:rsid w:val="00453A8C"/>
    <w:rsid w:val="008B3D5B"/>
    <w:rsid w:val="00911E13"/>
    <w:rsid w:val="00921C21"/>
    <w:rsid w:val="009D0AD0"/>
    <w:rsid w:val="00AA1D8D"/>
    <w:rsid w:val="00B47730"/>
    <w:rsid w:val="00C24393"/>
    <w:rsid w:val="00CB0664"/>
    <w:rsid w:val="00D018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E198E3"/>
  <w14:defaultImageDpi w14:val="300"/>
  <w15:docId w15:val="{D440390C-64FC-4991-A773-686E42B59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pPr>
    <w:rPr>
      <w:rFonts w:ascii="Arial" w:hAnsi="Arial"/>
      <w:color w:val="3D4548"/>
      <w:sz w:val="17"/>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7A82"/>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5C2B637D0208549AEF9D053CB67CDA5" ma:contentTypeVersion="15" ma:contentTypeDescription="Create a new document." ma:contentTypeScope="" ma:versionID="6af223b4275b49b9fff43e0fa5a24a0b">
  <xsd:schema xmlns:xsd="http://www.w3.org/2001/XMLSchema" xmlns:xs="http://www.w3.org/2001/XMLSchema" xmlns:p="http://schemas.microsoft.com/office/2006/metadata/properties" xmlns:ns2="ecb169e5-be06-4d5c-a31d-cffbe2e7f182" xmlns:ns3="74cbc501-ece0-4d9c-ae3f-4d8161741926" targetNamespace="http://schemas.microsoft.com/office/2006/metadata/properties" ma:root="true" ma:fieldsID="be45390084be29524aa9b5ed1d21b019" ns2:_="" ns3:_="">
    <xsd:import namespace="ecb169e5-be06-4d5c-a31d-cffbe2e7f182"/>
    <xsd:import namespace="74cbc501-ece0-4d9c-ae3f-4d81617419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169e5-be06-4d5c-a31d-cffbe2e7f1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cbc501-ece0-4d9c-ae3f-4d81617419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e14bc73-4975-468b-a9fe-3c9756b57e2b}" ma:internalName="TaxCatchAll" ma:showField="CatchAllData" ma:web="74cbc501-ece0-4d9c-ae3f-4d8161741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b169e5-be06-4d5c-a31d-cffbe2e7f182">
      <Terms xmlns="http://schemas.microsoft.com/office/infopath/2007/PartnerControls"/>
    </lcf76f155ced4ddcb4097134ff3c332f>
    <TaxCatchAll xmlns="74cbc501-ece0-4d9c-ae3f-4d8161741926"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3053F92E-AA5E-45DC-A15C-4A927BD2A78C}"/>
</file>

<file path=customXml/itemProps3.xml><?xml version="1.0" encoding="utf-8"?>
<ds:datastoreItem xmlns:ds="http://schemas.openxmlformats.org/officeDocument/2006/customXml" ds:itemID="{BF92F022-BA67-4519-82B1-61C858EF29BB}"/>
</file>

<file path=customXml/itemProps4.xml><?xml version="1.0" encoding="utf-8"?>
<ds:datastoreItem xmlns:ds="http://schemas.openxmlformats.org/officeDocument/2006/customXml" ds:itemID="{DF94FF4F-974F-4AE8-BE4F-8BA118F3E663}"/>
</file>

<file path=docProps/app.xml><?xml version="1.0" encoding="utf-8"?>
<Properties xmlns="http://schemas.openxmlformats.org/officeDocument/2006/extended-properties" xmlns:vt="http://schemas.openxmlformats.org/officeDocument/2006/docPropsVTypes">
  <Template>Normal</Template>
  <TotalTime>9</TotalTime>
  <Pages>6</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CLPT Register of Business and Pecuniary Interests - Updated 17 July 2026</vt:lpstr>
    </vt:vector>
  </TitlesOfParts>
  <Manager/>
  <Company/>
  <LinksUpToDate>false</LinksUpToDate>
  <CharactersWithSpaces>10811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CLPT Register of Business and Pecuniary Interests - Updated 17 July 2026</dc:title>
  <dc:subject>Register of interests for trustees, members, central team and headteachers</dc:subject>
  <dc:creator>Creative Learning Partnership Trust</dc:creator>
  <cp:keywords>CLPT, governance, register of interests, business interests, pecuniary interests</cp:keywords>
  <dc:description>generated by python-docx</dc:description>
  <cp:lastModifiedBy>Jennifer Francis (The Creative Learning Partnership Trust)</cp:lastModifiedBy>
  <cp:revision>3</cp:revision>
  <dcterms:created xsi:type="dcterms:W3CDTF">2026-07-17T11:02:00Z</dcterms:created>
  <dcterms:modified xsi:type="dcterms:W3CDTF">2026-07-17T11:03:00Z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0x010100F5C2B637D0208549AEF9D053CB67CDA5</vt:lpwstr>
  </property>
</Properties>
</file>